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B7045C" w14:textId="77777777" w:rsidR="00FE7B43" w:rsidRDefault="00F16C4A">
      <w:pPr>
        <w:spacing w:before="160" w:line="240" w:lineRule="auto"/>
        <w:jc w:val="center"/>
      </w:pPr>
      <w:r>
        <w:rPr>
          <w:b/>
          <w:color w:val="0070C0"/>
          <w:sz w:val="31"/>
          <w:u w:val="single"/>
        </w:rPr>
        <w:t xml:space="preserve">OKRUHY K ZÁVĚREČNÝM ZKOUŠKÁM </w:t>
      </w:r>
      <w:r>
        <w:br/>
      </w:r>
      <w:r>
        <w:rPr>
          <w:b/>
          <w:color w:val="0070C0"/>
          <w:sz w:val="31"/>
          <w:u w:val="single"/>
        </w:rPr>
        <w:t xml:space="preserve">Studium pedagogiky pro učitele praktického vyučování zdravotnických oborů </w:t>
      </w:r>
    </w:p>
    <w:p w14:paraId="1A340DA1" w14:textId="0AE064A0" w:rsidR="00FE7B43" w:rsidRPr="003D7D31" w:rsidRDefault="00F16C4A" w:rsidP="009505F8">
      <w:pPr>
        <w:spacing w:before="142" w:line="240" w:lineRule="auto"/>
        <w:ind w:left="545"/>
        <w:jc w:val="center"/>
        <w:rPr>
          <w:lang w:val="cs-CZ"/>
        </w:rPr>
      </w:pPr>
      <w:r w:rsidRPr="003D7D31">
        <w:rPr>
          <w:sz w:val="28"/>
          <w:lang w:val="cs-CZ"/>
        </w:rPr>
        <w:t>podle § 3 Vyhlášky č. 317/2005 Sb., o dalším vzdělávání pedagogických pracovníků, akreditační komisi a kariérním systému pedagogických pracovníků</w:t>
      </w:r>
    </w:p>
    <w:p w14:paraId="27C73B78" w14:textId="77777777" w:rsidR="009505F8" w:rsidRDefault="00F16C4A">
      <w:pPr>
        <w:spacing w:before="119" w:line="240" w:lineRule="auto"/>
        <w:ind w:left="132"/>
      </w:pPr>
      <w:r>
        <w:br/>
        <w:t xml:space="preserve"> </w:t>
      </w:r>
    </w:p>
    <w:p w14:paraId="59FBA47E" w14:textId="2E630518" w:rsidR="00FE7B43" w:rsidRPr="003D7D31" w:rsidRDefault="00F16C4A">
      <w:pPr>
        <w:spacing w:before="119" w:line="240" w:lineRule="auto"/>
        <w:ind w:left="132"/>
        <w:rPr>
          <w:b/>
          <w:sz w:val="28"/>
          <w:szCs w:val="20"/>
          <w:lang w:val="cs-CZ"/>
        </w:rPr>
      </w:pPr>
      <w:r w:rsidRPr="003D7D31">
        <w:rPr>
          <w:b/>
          <w:sz w:val="28"/>
          <w:szCs w:val="20"/>
          <w:lang w:val="cs-CZ"/>
        </w:rPr>
        <w:t>Pedagogika</w:t>
      </w:r>
    </w:p>
    <w:p w14:paraId="5B257EF5" w14:textId="77777777" w:rsidR="009505F8" w:rsidRDefault="009505F8">
      <w:pPr>
        <w:spacing w:before="119" w:line="240" w:lineRule="auto"/>
        <w:ind w:left="132"/>
      </w:pPr>
    </w:p>
    <w:p w14:paraId="546830BB" w14:textId="77777777" w:rsidR="009505F8" w:rsidRPr="00691E77" w:rsidRDefault="00F16C4A" w:rsidP="00F53E1B">
      <w:pPr>
        <w:pStyle w:val="Odstavecseseznamem"/>
        <w:numPr>
          <w:ilvl w:val="0"/>
          <w:numId w:val="16"/>
        </w:numPr>
        <w:shd w:val="clear" w:color="auto" w:fill="FFFFFF"/>
        <w:jc w:val="both"/>
        <w:textAlignment w:val="baseline"/>
        <w:rPr>
          <w:rFonts w:asciiTheme="majorHAnsi" w:eastAsia="Times New Roman" w:hAnsiTheme="majorHAnsi" w:cstheme="majorHAnsi"/>
          <w:color w:val="000000"/>
          <w:szCs w:val="24"/>
          <w:lang w:val="cs-CZ" w:eastAsia="cs-CZ"/>
        </w:rPr>
      </w:pPr>
      <w:r w:rsidRPr="00691E77">
        <w:rPr>
          <w:lang w:val="cs-CZ"/>
        </w:rPr>
        <w:t xml:space="preserve">Vědní obor pedagogika. </w:t>
      </w:r>
    </w:p>
    <w:p w14:paraId="03B31F21" w14:textId="77777777" w:rsidR="009505F8" w:rsidRPr="00691E77" w:rsidRDefault="00F16C4A" w:rsidP="00F53E1B">
      <w:pPr>
        <w:pStyle w:val="Odstavecseseznamem"/>
        <w:numPr>
          <w:ilvl w:val="0"/>
          <w:numId w:val="16"/>
        </w:numPr>
        <w:shd w:val="clear" w:color="auto" w:fill="FFFFFF"/>
        <w:jc w:val="both"/>
        <w:textAlignment w:val="baseline"/>
        <w:rPr>
          <w:rFonts w:asciiTheme="majorHAnsi" w:eastAsia="Times New Roman" w:hAnsiTheme="majorHAnsi" w:cstheme="majorHAnsi"/>
          <w:color w:val="000000"/>
          <w:szCs w:val="24"/>
          <w:lang w:val="cs-CZ" w:eastAsia="cs-CZ"/>
        </w:rPr>
      </w:pPr>
      <w:r w:rsidRPr="00691E77">
        <w:rPr>
          <w:lang w:val="cs-CZ"/>
        </w:rPr>
        <w:t xml:space="preserve">Faktory rozvoje lidského jedince. </w:t>
      </w:r>
    </w:p>
    <w:p w14:paraId="3CC6F22F" w14:textId="77777777" w:rsidR="009505F8" w:rsidRPr="00691E77" w:rsidRDefault="00F16C4A" w:rsidP="00F53E1B">
      <w:pPr>
        <w:pStyle w:val="Odstavecseseznamem"/>
        <w:numPr>
          <w:ilvl w:val="0"/>
          <w:numId w:val="16"/>
        </w:numPr>
        <w:shd w:val="clear" w:color="auto" w:fill="FFFFFF"/>
        <w:jc w:val="both"/>
        <w:textAlignment w:val="baseline"/>
        <w:rPr>
          <w:rFonts w:asciiTheme="majorHAnsi" w:eastAsia="Times New Roman" w:hAnsiTheme="majorHAnsi" w:cstheme="majorHAnsi"/>
          <w:color w:val="000000"/>
          <w:szCs w:val="24"/>
          <w:lang w:val="cs-CZ" w:eastAsia="cs-CZ"/>
        </w:rPr>
      </w:pPr>
      <w:r w:rsidRPr="00691E77">
        <w:rPr>
          <w:lang w:val="cs-CZ"/>
        </w:rPr>
        <w:t xml:space="preserve">Výchova jako předmět pedagogické vědy. Výchova a sebevýchova. </w:t>
      </w:r>
    </w:p>
    <w:p w14:paraId="1272D267" w14:textId="77777777" w:rsidR="00622234" w:rsidRPr="00691E77" w:rsidRDefault="00F16C4A" w:rsidP="00F53E1B">
      <w:pPr>
        <w:pStyle w:val="Odstavecseseznamem"/>
        <w:numPr>
          <w:ilvl w:val="0"/>
          <w:numId w:val="16"/>
        </w:numPr>
        <w:shd w:val="clear" w:color="auto" w:fill="FFFFFF"/>
        <w:jc w:val="both"/>
        <w:textAlignment w:val="baseline"/>
        <w:rPr>
          <w:rFonts w:asciiTheme="majorHAnsi" w:eastAsia="Times New Roman" w:hAnsiTheme="majorHAnsi" w:cstheme="majorHAnsi"/>
          <w:color w:val="000000"/>
          <w:szCs w:val="24"/>
          <w:lang w:val="cs-CZ" w:eastAsia="cs-CZ"/>
        </w:rPr>
      </w:pPr>
      <w:r w:rsidRPr="00691E77">
        <w:rPr>
          <w:lang w:val="cs-CZ"/>
        </w:rPr>
        <w:t xml:space="preserve">Základní pedagogické pojmy a jejich vzájemné vztahy. </w:t>
      </w:r>
    </w:p>
    <w:p w14:paraId="514DFF7B" w14:textId="77777777" w:rsidR="00622234" w:rsidRPr="00691E77" w:rsidRDefault="00F16C4A" w:rsidP="00F53E1B">
      <w:pPr>
        <w:pStyle w:val="Odstavecseseznamem"/>
        <w:numPr>
          <w:ilvl w:val="0"/>
          <w:numId w:val="16"/>
        </w:numPr>
        <w:shd w:val="clear" w:color="auto" w:fill="FFFFFF"/>
        <w:jc w:val="both"/>
        <w:textAlignment w:val="baseline"/>
        <w:rPr>
          <w:rFonts w:asciiTheme="majorHAnsi" w:eastAsia="Times New Roman" w:hAnsiTheme="majorHAnsi" w:cstheme="majorHAnsi"/>
          <w:color w:val="000000"/>
          <w:szCs w:val="24"/>
          <w:lang w:val="cs-CZ" w:eastAsia="cs-CZ"/>
        </w:rPr>
      </w:pPr>
      <w:r w:rsidRPr="00691E77">
        <w:rPr>
          <w:lang w:val="cs-CZ"/>
        </w:rPr>
        <w:t xml:space="preserve">Cíle a obsah výchovy. </w:t>
      </w:r>
    </w:p>
    <w:p w14:paraId="3D1F9304" w14:textId="77777777" w:rsidR="00622234" w:rsidRPr="00691E77" w:rsidRDefault="00F16C4A" w:rsidP="00F53E1B">
      <w:pPr>
        <w:pStyle w:val="Odstavecseseznamem"/>
        <w:numPr>
          <w:ilvl w:val="0"/>
          <w:numId w:val="16"/>
        </w:numPr>
        <w:shd w:val="clear" w:color="auto" w:fill="FFFFFF"/>
        <w:jc w:val="both"/>
        <w:textAlignment w:val="baseline"/>
        <w:rPr>
          <w:rFonts w:asciiTheme="majorHAnsi" w:eastAsia="Times New Roman" w:hAnsiTheme="majorHAnsi" w:cstheme="majorHAnsi"/>
          <w:color w:val="000000"/>
          <w:szCs w:val="24"/>
          <w:lang w:val="cs-CZ" w:eastAsia="cs-CZ"/>
        </w:rPr>
      </w:pPr>
      <w:r w:rsidRPr="00691E77">
        <w:rPr>
          <w:lang w:val="cs-CZ"/>
        </w:rPr>
        <w:t xml:space="preserve">Výchovný proces a jeho etapy. </w:t>
      </w:r>
    </w:p>
    <w:p w14:paraId="748CA275" w14:textId="77777777" w:rsidR="00622234" w:rsidRPr="00691E77" w:rsidRDefault="00F16C4A" w:rsidP="00F53E1B">
      <w:pPr>
        <w:pStyle w:val="Odstavecseseznamem"/>
        <w:numPr>
          <w:ilvl w:val="0"/>
          <w:numId w:val="16"/>
        </w:numPr>
        <w:shd w:val="clear" w:color="auto" w:fill="FFFFFF"/>
        <w:jc w:val="both"/>
        <w:textAlignment w:val="baseline"/>
        <w:rPr>
          <w:rFonts w:asciiTheme="majorHAnsi" w:eastAsia="Times New Roman" w:hAnsiTheme="majorHAnsi" w:cstheme="majorHAnsi"/>
          <w:color w:val="000000"/>
          <w:szCs w:val="24"/>
          <w:lang w:val="cs-CZ" w:eastAsia="cs-CZ"/>
        </w:rPr>
      </w:pPr>
      <w:r w:rsidRPr="00691E77">
        <w:rPr>
          <w:lang w:val="cs-CZ"/>
        </w:rPr>
        <w:t xml:space="preserve">Efektivita výchovného procesu. Výchovné zásady. </w:t>
      </w:r>
    </w:p>
    <w:p w14:paraId="10CC2093" w14:textId="77777777" w:rsidR="00622234" w:rsidRPr="00691E77" w:rsidRDefault="00F16C4A" w:rsidP="00F53E1B">
      <w:pPr>
        <w:pStyle w:val="Odstavecseseznamem"/>
        <w:numPr>
          <w:ilvl w:val="0"/>
          <w:numId w:val="16"/>
        </w:numPr>
        <w:shd w:val="clear" w:color="auto" w:fill="FFFFFF"/>
        <w:jc w:val="both"/>
        <w:textAlignment w:val="baseline"/>
        <w:rPr>
          <w:rFonts w:asciiTheme="majorHAnsi" w:eastAsia="Times New Roman" w:hAnsiTheme="majorHAnsi" w:cstheme="majorHAnsi"/>
          <w:color w:val="000000"/>
          <w:szCs w:val="24"/>
          <w:lang w:val="cs-CZ" w:eastAsia="cs-CZ"/>
        </w:rPr>
      </w:pPr>
      <w:r w:rsidRPr="00691E77">
        <w:rPr>
          <w:lang w:val="cs-CZ"/>
        </w:rPr>
        <w:t xml:space="preserve">Osobnost učitele a osobnost vychovávaného jedince. </w:t>
      </w:r>
    </w:p>
    <w:p w14:paraId="26DB6F18" w14:textId="77777777" w:rsidR="00622234" w:rsidRPr="00691E77" w:rsidRDefault="00F16C4A" w:rsidP="00F53E1B">
      <w:pPr>
        <w:pStyle w:val="Odstavecseseznamem"/>
        <w:numPr>
          <w:ilvl w:val="0"/>
          <w:numId w:val="16"/>
        </w:numPr>
        <w:shd w:val="clear" w:color="auto" w:fill="FFFFFF"/>
        <w:jc w:val="both"/>
        <w:textAlignment w:val="baseline"/>
        <w:rPr>
          <w:rFonts w:asciiTheme="majorHAnsi" w:eastAsia="Times New Roman" w:hAnsiTheme="majorHAnsi" w:cstheme="majorHAnsi"/>
          <w:color w:val="000000"/>
          <w:szCs w:val="24"/>
          <w:lang w:val="cs-CZ" w:eastAsia="cs-CZ"/>
        </w:rPr>
      </w:pPr>
      <w:r w:rsidRPr="00691E77">
        <w:rPr>
          <w:lang w:val="cs-CZ"/>
        </w:rPr>
        <w:t xml:space="preserve">Výchovné prostředky. </w:t>
      </w:r>
    </w:p>
    <w:p w14:paraId="3957E2F5" w14:textId="77777777" w:rsidR="00622234" w:rsidRPr="00691E77" w:rsidRDefault="00F16C4A" w:rsidP="00F53E1B">
      <w:pPr>
        <w:pStyle w:val="Odstavecseseznamem"/>
        <w:numPr>
          <w:ilvl w:val="0"/>
          <w:numId w:val="16"/>
        </w:numPr>
        <w:shd w:val="clear" w:color="auto" w:fill="FFFFFF"/>
        <w:jc w:val="both"/>
        <w:textAlignment w:val="baseline"/>
        <w:rPr>
          <w:rFonts w:asciiTheme="majorHAnsi" w:eastAsia="Times New Roman" w:hAnsiTheme="majorHAnsi" w:cstheme="majorHAnsi"/>
          <w:color w:val="000000"/>
          <w:szCs w:val="24"/>
          <w:lang w:val="cs-CZ" w:eastAsia="cs-CZ"/>
        </w:rPr>
      </w:pPr>
      <w:r w:rsidRPr="00691E77">
        <w:rPr>
          <w:lang w:val="cs-CZ"/>
        </w:rPr>
        <w:t xml:space="preserve">Škola a její klima. </w:t>
      </w:r>
    </w:p>
    <w:p w14:paraId="548703A1" w14:textId="77777777" w:rsidR="001A1ED0" w:rsidRPr="00691E77" w:rsidRDefault="00F16C4A" w:rsidP="00F53E1B">
      <w:pPr>
        <w:pStyle w:val="Odstavecseseznamem"/>
        <w:numPr>
          <w:ilvl w:val="0"/>
          <w:numId w:val="16"/>
        </w:numPr>
        <w:shd w:val="clear" w:color="auto" w:fill="FFFFFF"/>
        <w:jc w:val="both"/>
        <w:textAlignment w:val="baseline"/>
        <w:rPr>
          <w:rFonts w:asciiTheme="majorHAnsi" w:eastAsia="Times New Roman" w:hAnsiTheme="majorHAnsi" w:cstheme="majorHAnsi"/>
          <w:color w:val="000000"/>
          <w:szCs w:val="24"/>
          <w:lang w:val="cs-CZ" w:eastAsia="cs-CZ"/>
        </w:rPr>
      </w:pPr>
      <w:r w:rsidRPr="00691E77">
        <w:rPr>
          <w:lang w:val="cs-CZ"/>
        </w:rPr>
        <w:t xml:space="preserve">Alternativní školy. </w:t>
      </w:r>
    </w:p>
    <w:p w14:paraId="1A00F461" w14:textId="39774B9F" w:rsidR="001A1ED0" w:rsidRPr="00691E77" w:rsidRDefault="007C1BF2" w:rsidP="00F53E1B">
      <w:pPr>
        <w:pStyle w:val="Odstavecseseznamem"/>
        <w:numPr>
          <w:ilvl w:val="0"/>
          <w:numId w:val="16"/>
        </w:numPr>
        <w:shd w:val="clear" w:color="auto" w:fill="FFFFFF"/>
        <w:jc w:val="both"/>
        <w:textAlignment w:val="baseline"/>
        <w:rPr>
          <w:rFonts w:eastAsia="Times New Roman" w:cs="Times New Roman"/>
          <w:color w:val="000000"/>
          <w:szCs w:val="24"/>
          <w:lang w:val="cs-CZ" w:eastAsia="cs-CZ"/>
        </w:rPr>
      </w:pPr>
      <w:r w:rsidRPr="00691E77">
        <w:rPr>
          <w:rFonts w:eastAsia="Times New Roman" w:cs="Times New Roman"/>
          <w:color w:val="000000"/>
          <w:szCs w:val="24"/>
          <w:lang w:val="cs-CZ" w:eastAsia="cs-CZ"/>
        </w:rPr>
        <w:t>Výukový cíl jako východisko pro plánování, realizaci a hodnocení edukační jednotky. Provázanost výukových cílů s kurikulárními dokumenty (RVP pro příslušný stupeň a</w:t>
      </w:r>
      <w:r w:rsidR="00CB2FA4" w:rsidRPr="00691E77">
        <w:rPr>
          <w:rFonts w:eastAsia="Times New Roman" w:cs="Times New Roman"/>
          <w:color w:val="000000"/>
          <w:szCs w:val="24"/>
          <w:lang w:val="cs-CZ" w:eastAsia="cs-CZ"/>
        </w:rPr>
        <w:t> </w:t>
      </w:r>
      <w:r w:rsidRPr="00691E77">
        <w:rPr>
          <w:rFonts w:eastAsia="Times New Roman" w:cs="Times New Roman"/>
          <w:color w:val="000000"/>
          <w:szCs w:val="24"/>
          <w:lang w:val="cs-CZ" w:eastAsia="cs-CZ"/>
        </w:rPr>
        <w:t>obor vzdělávání, ŠVP pro zvolený obor vzdělávání).</w:t>
      </w:r>
      <w:r w:rsidR="001A1ED0" w:rsidRPr="00691E77">
        <w:rPr>
          <w:rFonts w:eastAsia="Times New Roman" w:cs="Times New Roman"/>
          <w:color w:val="000000"/>
          <w:szCs w:val="24"/>
          <w:lang w:val="cs-CZ" w:eastAsia="cs-CZ"/>
        </w:rPr>
        <w:t xml:space="preserve"> </w:t>
      </w:r>
    </w:p>
    <w:p w14:paraId="03D9088F" w14:textId="77777777" w:rsidR="001A1ED0" w:rsidRPr="003E0B73" w:rsidRDefault="007C1BF2" w:rsidP="00F53E1B">
      <w:pPr>
        <w:pStyle w:val="Odstavecseseznamem"/>
        <w:numPr>
          <w:ilvl w:val="0"/>
          <w:numId w:val="16"/>
        </w:numPr>
        <w:shd w:val="clear" w:color="auto" w:fill="FFFFFF"/>
        <w:jc w:val="both"/>
        <w:textAlignment w:val="baseline"/>
        <w:rPr>
          <w:rFonts w:eastAsia="Times New Roman" w:cs="Times New Roman"/>
          <w:color w:val="000000"/>
          <w:szCs w:val="24"/>
          <w:lang w:val="cs-CZ" w:eastAsia="cs-CZ"/>
        </w:rPr>
      </w:pPr>
      <w:r w:rsidRPr="00691E77">
        <w:rPr>
          <w:rFonts w:eastAsia="Times New Roman" w:cs="Times New Roman"/>
          <w:color w:val="000000"/>
          <w:szCs w:val="24"/>
          <w:lang w:val="cs-CZ" w:eastAsia="cs-CZ"/>
        </w:rPr>
        <w:t>Základní didaktické kategorie (výukový cíl, učivo, učební úloha, výuková metoda, organizační forma) a jejich vzájemná provázanost při plánování, realizaci a hodnocení výuky.</w:t>
      </w:r>
    </w:p>
    <w:p w14:paraId="67B416DD" w14:textId="77777777" w:rsidR="001A1ED0" w:rsidRPr="003E0B73" w:rsidRDefault="007C1BF2" w:rsidP="00F53E1B">
      <w:pPr>
        <w:pStyle w:val="Odstavecseseznamem"/>
        <w:numPr>
          <w:ilvl w:val="0"/>
          <w:numId w:val="16"/>
        </w:numPr>
        <w:shd w:val="clear" w:color="auto" w:fill="FFFFFF"/>
        <w:jc w:val="both"/>
        <w:textAlignment w:val="baseline"/>
        <w:rPr>
          <w:rFonts w:eastAsia="Times New Roman" w:cs="Times New Roman"/>
          <w:color w:val="000000"/>
          <w:szCs w:val="24"/>
          <w:lang w:val="cs-CZ" w:eastAsia="cs-CZ"/>
        </w:rPr>
      </w:pPr>
      <w:r w:rsidRPr="003E0B73">
        <w:rPr>
          <w:rFonts w:eastAsia="Times New Roman" w:cs="Times New Roman"/>
          <w:color w:val="000000"/>
          <w:szCs w:val="24"/>
          <w:lang w:val="cs-CZ" w:eastAsia="cs-CZ"/>
        </w:rPr>
        <w:t>Výchova jako proces utváření osobnosti člověka</w:t>
      </w:r>
    </w:p>
    <w:p w14:paraId="370A9341" w14:textId="77777777" w:rsidR="00BF240A" w:rsidRPr="00BF240A" w:rsidRDefault="007C1BF2" w:rsidP="00F53E1B">
      <w:pPr>
        <w:pStyle w:val="Odstavecseseznamem"/>
        <w:numPr>
          <w:ilvl w:val="0"/>
          <w:numId w:val="16"/>
        </w:numPr>
        <w:shd w:val="clear" w:color="auto" w:fill="FFFFFF"/>
        <w:jc w:val="both"/>
        <w:textAlignment w:val="baseline"/>
        <w:rPr>
          <w:rFonts w:asciiTheme="majorHAnsi" w:eastAsia="Times New Roman" w:hAnsiTheme="majorHAnsi" w:cstheme="majorHAnsi"/>
          <w:color w:val="000000"/>
          <w:szCs w:val="24"/>
          <w:lang w:val="cs-CZ" w:eastAsia="cs-CZ"/>
        </w:rPr>
      </w:pPr>
      <w:r w:rsidRPr="003E0B73">
        <w:rPr>
          <w:rFonts w:eastAsia="Times New Roman" w:cs="Times New Roman"/>
          <w:color w:val="000000"/>
          <w:szCs w:val="24"/>
          <w:lang w:val="cs-CZ" w:eastAsia="cs-CZ"/>
        </w:rPr>
        <w:t>Principy, podmínky a činitelé výchovného procesu</w:t>
      </w:r>
      <w:r w:rsidR="001A1ED0">
        <w:rPr>
          <w:rFonts w:asciiTheme="majorHAnsi" w:eastAsia="Times New Roman" w:hAnsiTheme="majorHAnsi" w:cstheme="majorHAnsi"/>
          <w:color w:val="000000"/>
          <w:szCs w:val="24"/>
          <w:lang w:val="cs-CZ" w:eastAsia="cs-CZ"/>
        </w:rPr>
        <w:t>.</w:t>
      </w:r>
      <w:r w:rsidRPr="001A1ED0">
        <w:rPr>
          <w:rFonts w:asciiTheme="majorHAnsi" w:hAnsiTheme="majorHAnsi" w:cstheme="majorHAnsi"/>
          <w:color w:val="000000"/>
          <w:szCs w:val="24"/>
          <w:lang w:eastAsia="cs-CZ"/>
        </w:rPr>
        <w:t xml:space="preserve"> </w:t>
      </w:r>
    </w:p>
    <w:p w14:paraId="16AE6C77" w14:textId="77777777" w:rsidR="00BF240A" w:rsidRPr="003E0B73" w:rsidRDefault="007C1BF2" w:rsidP="00F53E1B">
      <w:pPr>
        <w:pStyle w:val="Odstavecseseznamem"/>
        <w:numPr>
          <w:ilvl w:val="0"/>
          <w:numId w:val="16"/>
        </w:numPr>
        <w:shd w:val="clear" w:color="auto" w:fill="FFFFFF"/>
        <w:jc w:val="both"/>
        <w:textAlignment w:val="baseline"/>
        <w:rPr>
          <w:rFonts w:eastAsia="Times New Roman" w:cs="Times New Roman"/>
          <w:color w:val="000000"/>
          <w:szCs w:val="24"/>
          <w:lang w:val="cs-CZ" w:eastAsia="cs-CZ"/>
        </w:rPr>
      </w:pPr>
      <w:r w:rsidRPr="003E0B73">
        <w:rPr>
          <w:rFonts w:eastAsia="Times New Roman" w:cs="Times New Roman"/>
          <w:color w:val="000000"/>
          <w:szCs w:val="24"/>
          <w:lang w:val="cs-CZ" w:eastAsia="cs-CZ"/>
        </w:rPr>
        <w:t>Sebevýchova, sebepoznání a sebehodnocení v procesu utváření osobnosti</w:t>
      </w:r>
      <w:r w:rsidR="00BF240A" w:rsidRPr="003E0B73">
        <w:rPr>
          <w:rFonts w:eastAsia="Times New Roman" w:cs="Times New Roman"/>
          <w:color w:val="000000"/>
          <w:szCs w:val="24"/>
          <w:lang w:val="cs-CZ" w:eastAsia="cs-CZ"/>
        </w:rPr>
        <w:t>.</w:t>
      </w:r>
    </w:p>
    <w:p w14:paraId="46CB61C8" w14:textId="166E8E44" w:rsidR="00BF240A" w:rsidRPr="003E0B73" w:rsidRDefault="007C1BF2" w:rsidP="00F53E1B">
      <w:pPr>
        <w:pStyle w:val="Odstavecseseznamem"/>
        <w:numPr>
          <w:ilvl w:val="0"/>
          <w:numId w:val="16"/>
        </w:numPr>
        <w:shd w:val="clear" w:color="auto" w:fill="FFFFFF"/>
        <w:jc w:val="both"/>
        <w:textAlignment w:val="baseline"/>
        <w:rPr>
          <w:rFonts w:eastAsia="Times New Roman" w:cs="Times New Roman"/>
          <w:color w:val="000000"/>
          <w:szCs w:val="24"/>
          <w:lang w:val="cs-CZ" w:eastAsia="cs-CZ"/>
        </w:rPr>
      </w:pPr>
      <w:r w:rsidRPr="003E0B73">
        <w:rPr>
          <w:rFonts w:cs="Times New Roman"/>
          <w:lang w:val="cs-CZ"/>
        </w:rPr>
        <w:t>Pedagogická komunikace a její využití ve výchovně-vzdělávacím procesu. Specifika a</w:t>
      </w:r>
      <w:r w:rsidR="004E14BE" w:rsidRPr="003E0B73">
        <w:rPr>
          <w:rFonts w:cs="Times New Roman"/>
          <w:lang w:val="cs-CZ"/>
        </w:rPr>
        <w:t> </w:t>
      </w:r>
      <w:r w:rsidRPr="003E0B73">
        <w:rPr>
          <w:rFonts w:cs="Times New Roman"/>
          <w:lang w:val="cs-CZ"/>
        </w:rPr>
        <w:t>zásady sociální a pedagogické komunikace. Verbální a neverbální komunikace, komunikační styly, bariéry v komunikaci, aktivní naslouchání a empatie. Uveďte</w:t>
      </w:r>
      <w:r w:rsidRPr="00BF240A">
        <w:rPr>
          <w:rFonts w:asciiTheme="majorHAnsi" w:hAnsiTheme="majorHAnsi" w:cstheme="majorHAnsi"/>
        </w:rPr>
        <w:t xml:space="preserve"> </w:t>
      </w:r>
      <w:r w:rsidRPr="003E0B73">
        <w:rPr>
          <w:rFonts w:cs="Times New Roman"/>
        </w:rPr>
        <w:lastRenderedPageBreak/>
        <w:t xml:space="preserve">zásady respektující a podpůrné komunikace s žáky, možnosti poskytování zpětné vazby a způsoby sdělování očekávání, pravidel a hranic. </w:t>
      </w:r>
    </w:p>
    <w:p w14:paraId="64AF032C" w14:textId="77777777" w:rsidR="00BF240A" w:rsidRPr="003E0B73" w:rsidRDefault="007C1BF2" w:rsidP="00F53E1B">
      <w:pPr>
        <w:pStyle w:val="Odstavecseseznamem"/>
        <w:numPr>
          <w:ilvl w:val="0"/>
          <w:numId w:val="16"/>
        </w:numPr>
        <w:shd w:val="clear" w:color="auto" w:fill="FFFFFF"/>
        <w:jc w:val="both"/>
        <w:textAlignment w:val="baseline"/>
        <w:rPr>
          <w:rFonts w:eastAsia="Times New Roman" w:cs="Times New Roman"/>
          <w:color w:val="000000"/>
          <w:szCs w:val="24"/>
          <w:lang w:val="cs-CZ" w:eastAsia="cs-CZ"/>
        </w:rPr>
      </w:pPr>
      <w:r w:rsidRPr="003E0B73">
        <w:rPr>
          <w:rFonts w:eastAsia="Times New Roman" w:cs="Times New Roman"/>
          <w:kern w:val="2"/>
          <w:szCs w:val="24"/>
          <w:lang w:val="cs-CZ"/>
        </w:rPr>
        <w:t>Asertivní komunikace v pedagogické praxi: Charakterizujte asertivní komunikaci a její základní principy. Vysvětlete rozdíly mezi pasivním, agresivním a asertivním komunikačním stylem. Uveďte příklady asertivních technik a možnosti jejich využití při komunikaci s žáky, rodiči a kolegy, včetně řešení konfliktních situací.</w:t>
      </w:r>
    </w:p>
    <w:p w14:paraId="6B767AF8" w14:textId="77777777" w:rsidR="00BF240A" w:rsidRPr="00BF240A" w:rsidRDefault="007C1BF2" w:rsidP="00F53E1B">
      <w:pPr>
        <w:pStyle w:val="Odstavecseseznamem"/>
        <w:numPr>
          <w:ilvl w:val="0"/>
          <w:numId w:val="16"/>
        </w:numPr>
        <w:shd w:val="clear" w:color="auto" w:fill="FFFFFF"/>
        <w:jc w:val="both"/>
        <w:textAlignment w:val="baseline"/>
        <w:rPr>
          <w:rFonts w:asciiTheme="majorHAnsi" w:eastAsia="Times New Roman" w:hAnsiTheme="majorHAnsi" w:cstheme="majorHAnsi"/>
          <w:color w:val="000000"/>
          <w:szCs w:val="24"/>
          <w:lang w:val="cs-CZ" w:eastAsia="cs-CZ"/>
        </w:rPr>
      </w:pPr>
      <w:r w:rsidRPr="003E0B73">
        <w:rPr>
          <w:rFonts w:eastAsia="Times New Roman" w:cs="Times New Roman"/>
          <w:kern w:val="2"/>
          <w:szCs w:val="24"/>
          <w:lang w:val="cs-CZ"/>
        </w:rPr>
        <w:t>Speciální pedagogika jako vědní obor, předmět, cíle, postavení v soustavě věd, systém SP (tři hlediska), základní terminologie ve SP (např. vada, postižení, handicap; reedukace, kompenzace, rehabilitace; označení osob; normalita); nová východiska speciální pedagogiky</w:t>
      </w:r>
      <w:r w:rsidRPr="00BF240A">
        <w:rPr>
          <w:rFonts w:asciiTheme="majorHAnsi" w:eastAsia="Times New Roman" w:hAnsiTheme="majorHAnsi" w:cstheme="majorHAnsi"/>
          <w:kern w:val="2"/>
          <w:szCs w:val="24"/>
          <w:lang w:val="cs-CZ"/>
        </w:rPr>
        <w:t>.</w:t>
      </w:r>
    </w:p>
    <w:p w14:paraId="684FA6D4" w14:textId="77777777" w:rsidR="00BF240A" w:rsidRPr="003E0B73" w:rsidRDefault="007C1BF2" w:rsidP="00F53E1B">
      <w:pPr>
        <w:pStyle w:val="Odstavecseseznamem"/>
        <w:numPr>
          <w:ilvl w:val="0"/>
          <w:numId w:val="16"/>
        </w:numPr>
        <w:shd w:val="clear" w:color="auto" w:fill="FFFFFF"/>
        <w:jc w:val="both"/>
        <w:textAlignment w:val="baseline"/>
        <w:rPr>
          <w:rFonts w:eastAsia="Times New Roman" w:cs="Times New Roman"/>
          <w:color w:val="000000"/>
          <w:szCs w:val="24"/>
          <w:lang w:val="cs-CZ" w:eastAsia="cs-CZ"/>
        </w:rPr>
      </w:pPr>
      <w:r w:rsidRPr="003E0B73">
        <w:rPr>
          <w:rFonts w:eastAsia="Times New Roman" w:cs="Times New Roman"/>
          <w:kern w:val="2"/>
          <w:szCs w:val="24"/>
          <w:lang w:val="cs-CZ"/>
        </w:rPr>
        <w:t xml:space="preserve">Etiologie ve speciální pedagogice – vymezení, endogenní a exogenní příčiny; anorganické, organické a psychosociální příčiny působící v </w:t>
      </w:r>
      <w:proofErr w:type="spellStart"/>
      <w:r w:rsidRPr="003E0B73">
        <w:rPr>
          <w:rFonts w:eastAsia="Times New Roman" w:cs="Times New Roman"/>
          <w:kern w:val="2"/>
          <w:szCs w:val="24"/>
          <w:lang w:val="cs-CZ"/>
        </w:rPr>
        <w:t>pre</w:t>
      </w:r>
      <w:proofErr w:type="spellEnd"/>
      <w:r w:rsidRPr="003E0B73">
        <w:rPr>
          <w:rFonts w:eastAsia="Times New Roman" w:cs="Times New Roman"/>
          <w:kern w:val="2"/>
          <w:szCs w:val="24"/>
          <w:lang w:val="cs-CZ"/>
        </w:rPr>
        <w:t xml:space="preserve">-, </w:t>
      </w:r>
      <w:proofErr w:type="gramStart"/>
      <w:r w:rsidRPr="003E0B73">
        <w:rPr>
          <w:rFonts w:eastAsia="Times New Roman" w:cs="Times New Roman"/>
          <w:kern w:val="2"/>
          <w:szCs w:val="24"/>
          <w:lang w:val="cs-CZ"/>
        </w:rPr>
        <w:t>peri- a</w:t>
      </w:r>
      <w:proofErr w:type="gramEnd"/>
      <w:r w:rsidRPr="003E0B73">
        <w:rPr>
          <w:rFonts w:eastAsia="Times New Roman" w:cs="Times New Roman"/>
          <w:kern w:val="2"/>
          <w:szCs w:val="24"/>
          <w:lang w:val="cs-CZ"/>
        </w:rPr>
        <w:t xml:space="preserve"> postnatálním období; prevence ve speciální pedagogice.</w:t>
      </w:r>
    </w:p>
    <w:p w14:paraId="56F808BF" w14:textId="309CF884" w:rsidR="00BF240A" w:rsidRPr="003E0B73" w:rsidRDefault="007C1BF2" w:rsidP="00F53E1B">
      <w:pPr>
        <w:pStyle w:val="Odstavecseseznamem"/>
        <w:numPr>
          <w:ilvl w:val="0"/>
          <w:numId w:val="16"/>
        </w:numPr>
        <w:shd w:val="clear" w:color="auto" w:fill="FFFFFF"/>
        <w:jc w:val="both"/>
        <w:textAlignment w:val="baseline"/>
        <w:rPr>
          <w:rFonts w:eastAsia="Times New Roman" w:cs="Times New Roman"/>
          <w:color w:val="000000"/>
          <w:szCs w:val="24"/>
          <w:lang w:val="cs-CZ" w:eastAsia="cs-CZ"/>
        </w:rPr>
      </w:pPr>
      <w:r w:rsidRPr="003E0B73">
        <w:rPr>
          <w:rFonts w:eastAsia="Times New Roman" w:cs="Times New Roman"/>
          <w:kern w:val="2"/>
          <w:szCs w:val="24"/>
          <w:lang w:val="cs-CZ"/>
        </w:rPr>
        <w:t>Legislativní vymezení vzdělávání dětí, žáků a studentů se speciálními vzdělávacími potřebami – školský zákon č. 561/2005 Sb. (především §16 zákona), vyhláška č. 27/2016 Sb., vyhláška 72/2005 Sb., vše v aktuálním znění – definice žáka se SVP, podpůrná opatření, stupně PO, odst. 9 §16 školského zákona, asistent pedagoga, IVP, další pedagogičtí pracovníci, plán pedagogické podpory</w:t>
      </w:r>
      <w:r w:rsidR="00CB2FA4" w:rsidRPr="003E0B73">
        <w:rPr>
          <w:rFonts w:eastAsia="Times New Roman" w:cs="Times New Roman"/>
          <w:kern w:val="2"/>
          <w:szCs w:val="24"/>
          <w:lang w:val="cs-CZ"/>
        </w:rPr>
        <w:t>.</w:t>
      </w:r>
    </w:p>
    <w:p w14:paraId="0E7DBBFC" w14:textId="77777777" w:rsidR="00BF240A" w:rsidRPr="003E0B73" w:rsidRDefault="007C1BF2" w:rsidP="00F53E1B">
      <w:pPr>
        <w:pStyle w:val="Odstavecseseznamem"/>
        <w:numPr>
          <w:ilvl w:val="0"/>
          <w:numId w:val="16"/>
        </w:numPr>
        <w:shd w:val="clear" w:color="auto" w:fill="FFFFFF"/>
        <w:jc w:val="both"/>
        <w:textAlignment w:val="baseline"/>
        <w:rPr>
          <w:rFonts w:eastAsia="Times New Roman" w:cs="Times New Roman"/>
          <w:color w:val="000000"/>
          <w:szCs w:val="24"/>
          <w:lang w:val="cs-CZ" w:eastAsia="cs-CZ"/>
        </w:rPr>
      </w:pPr>
      <w:proofErr w:type="spellStart"/>
      <w:r w:rsidRPr="003E0B73">
        <w:rPr>
          <w:rFonts w:eastAsia="Times New Roman" w:cs="Times New Roman"/>
          <w:kern w:val="2"/>
          <w:szCs w:val="24"/>
          <w:lang w:val="cs-CZ"/>
        </w:rPr>
        <w:t>Speciálněpedagogické</w:t>
      </w:r>
      <w:proofErr w:type="spellEnd"/>
      <w:r w:rsidRPr="003E0B73">
        <w:rPr>
          <w:rFonts w:eastAsia="Times New Roman" w:cs="Times New Roman"/>
          <w:kern w:val="2"/>
          <w:szCs w:val="24"/>
          <w:lang w:val="cs-CZ"/>
        </w:rPr>
        <w:t xml:space="preserve"> poradenství –vymezení, druhy poradenství, cíl, metody poradenské práce; školská poradenská zařízení a jejich úloha při vzdělávání dětí a žáků se speciálními vzdělávacími potřebami, zpráva a doporučení školského poradenského zařízení.</w:t>
      </w:r>
    </w:p>
    <w:p w14:paraId="02ADE082" w14:textId="6259C867" w:rsidR="00BF240A" w:rsidRPr="003E0B73" w:rsidRDefault="007C1BF2" w:rsidP="00F53E1B">
      <w:pPr>
        <w:pStyle w:val="Odstavecseseznamem"/>
        <w:numPr>
          <w:ilvl w:val="0"/>
          <w:numId w:val="16"/>
        </w:numPr>
        <w:shd w:val="clear" w:color="auto" w:fill="FFFFFF"/>
        <w:jc w:val="both"/>
        <w:textAlignment w:val="baseline"/>
        <w:rPr>
          <w:rFonts w:eastAsia="Times New Roman" w:cs="Times New Roman"/>
          <w:color w:val="000000"/>
          <w:szCs w:val="24"/>
          <w:lang w:val="cs-CZ" w:eastAsia="cs-CZ"/>
        </w:rPr>
      </w:pPr>
      <w:r w:rsidRPr="003E0B73">
        <w:rPr>
          <w:rFonts w:eastAsia="Times New Roman" w:cs="Times New Roman"/>
          <w:kern w:val="2"/>
          <w:szCs w:val="24"/>
          <w:lang w:val="cs-CZ"/>
        </w:rPr>
        <w:t>Školní poradenské pracoviště – poradenští pracovníci školy (výchovný poradce, školní metodik prevence, školní psycholog, školní speciální pedagog, sociální pedagog)</w:t>
      </w:r>
      <w:r w:rsidR="00CB2FA4" w:rsidRPr="003E0B73">
        <w:rPr>
          <w:rFonts w:eastAsia="Times New Roman" w:cs="Times New Roman"/>
          <w:kern w:val="2"/>
          <w:szCs w:val="24"/>
          <w:lang w:val="cs-CZ"/>
        </w:rPr>
        <w:t>.</w:t>
      </w:r>
    </w:p>
    <w:p w14:paraId="3221422B" w14:textId="0907C40C" w:rsidR="00CB2FA4" w:rsidRPr="003E0B73" w:rsidRDefault="007C1BF2" w:rsidP="00F53E1B">
      <w:pPr>
        <w:pStyle w:val="Odstavecseseznamem"/>
        <w:numPr>
          <w:ilvl w:val="0"/>
          <w:numId w:val="16"/>
        </w:numPr>
        <w:shd w:val="clear" w:color="auto" w:fill="FFFFFF"/>
        <w:jc w:val="both"/>
        <w:textAlignment w:val="baseline"/>
        <w:rPr>
          <w:rFonts w:eastAsia="Times New Roman" w:cs="Times New Roman"/>
          <w:color w:val="000000"/>
          <w:szCs w:val="24"/>
          <w:lang w:val="cs-CZ" w:eastAsia="cs-CZ"/>
        </w:rPr>
      </w:pPr>
      <w:r w:rsidRPr="003E0B73">
        <w:rPr>
          <w:rFonts w:eastAsia="Times New Roman" w:cs="Times New Roman"/>
          <w:color w:val="000000"/>
          <w:szCs w:val="24"/>
          <w:lang w:val="cs-CZ" w:eastAsia="cs-CZ"/>
        </w:rPr>
        <w:t>Sociální pedagogika jako vědní disciplína a pomáhající profese (vymezení, funkce a</w:t>
      </w:r>
      <w:r w:rsidR="004E14BE" w:rsidRPr="003E0B73">
        <w:rPr>
          <w:rFonts w:eastAsia="Times New Roman" w:cs="Times New Roman"/>
          <w:color w:val="000000"/>
          <w:szCs w:val="24"/>
          <w:lang w:val="cs-CZ" w:eastAsia="cs-CZ"/>
        </w:rPr>
        <w:t> </w:t>
      </w:r>
      <w:r w:rsidRPr="003E0B73">
        <w:rPr>
          <w:rFonts w:eastAsia="Times New Roman" w:cs="Times New Roman"/>
          <w:color w:val="000000"/>
          <w:szCs w:val="24"/>
          <w:lang w:val="cs-CZ" w:eastAsia="cs-CZ"/>
        </w:rPr>
        <w:t>dimenze sociální pedagogiky, vztah k ostatním vědním disciplínám, obsah a úkoly sociální pedagogiky).</w:t>
      </w:r>
    </w:p>
    <w:p w14:paraId="6245BF4D" w14:textId="77777777" w:rsidR="00CB2FA4" w:rsidRPr="003E0B73" w:rsidRDefault="007C1BF2" w:rsidP="00F53E1B">
      <w:pPr>
        <w:pStyle w:val="Odstavecseseznamem"/>
        <w:numPr>
          <w:ilvl w:val="0"/>
          <w:numId w:val="16"/>
        </w:numPr>
        <w:shd w:val="clear" w:color="auto" w:fill="FFFFFF"/>
        <w:jc w:val="both"/>
        <w:textAlignment w:val="baseline"/>
        <w:rPr>
          <w:rFonts w:eastAsia="Times New Roman" w:cs="Times New Roman"/>
          <w:color w:val="000000"/>
          <w:szCs w:val="24"/>
          <w:lang w:val="cs-CZ" w:eastAsia="cs-CZ"/>
        </w:rPr>
      </w:pPr>
      <w:r w:rsidRPr="003E0B73">
        <w:rPr>
          <w:rFonts w:eastAsia="Times New Roman" w:cs="Times New Roman"/>
          <w:color w:val="000000"/>
          <w:szCs w:val="24"/>
          <w:lang w:val="cs-CZ" w:eastAsia="cs-CZ"/>
        </w:rPr>
        <w:t>Socializace jedince (druhy, fáze a etapy socializace), prostředí a jeho význam ve výchově (typologie prostředí a jejich význam).</w:t>
      </w:r>
    </w:p>
    <w:p w14:paraId="3F794F81" w14:textId="459E3AE2" w:rsidR="007C1BF2" w:rsidRPr="003E0B73" w:rsidRDefault="007C1BF2" w:rsidP="00F53E1B">
      <w:pPr>
        <w:pStyle w:val="Odstavecseseznamem"/>
        <w:numPr>
          <w:ilvl w:val="0"/>
          <w:numId w:val="16"/>
        </w:numPr>
        <w:shd w:val="clear" w:color="auto" w:fill="FFFFFF"/>
        <w:jc w:val="both"/>
        <w:textAlignment w:val="baseline"/>
        <w:rPr>
          <w:rFonts w:eastAsia="Times New Roman" w:cs="Times New Roman"/>
          <w:color w:val="000000"/>
          <w:szCs w:val="24"/>
          <w:lang w:val="cs-CZ" w:eastAsia="cs-CZ"/>
        </w:rPr>
      </w:pPr>
      <w:r w:rsidRPr="003E0B73">
        <w:rPr>
          <w:rFonts w:eastAsia="Times New Roman" w:cs="Times New Roman"/>
          <w:color w:val="000000"/>
          <w:szCs w:val="24"/>
          <w:lang w:val="cs-CZ" w:eastAsia="cs-CZ"/>
        </w:rPr>
        <w:t>Prevence rizikového chování (základní terminologie, prevence a její druhy, poradenský systém ve škole i mimo školu), práce se znevýhodněnými (sociální znevýhodnění) a ohroženými dětmi a žáky (syndrom CAN, špatné zacházení s dětmi).</w:t>
      </w:r>
    </w:p>
    <w:p w14:paraId="3C42E085" w14:textId="64F52684" w:rsidR="00FE7B43" w:rsidRDefault="00F16C4A" w:rsidP="008932C2">
      <w:pPr>
        <w:spacing w:before="152" w:line="240" w:lineRule="auto"/>
      </w:pPr>
      <w:r>
        <w:lastRenderedPageBreak/>
        <w:br/>
      </w:r>
      <w:r w:rsidRPr="008454C5">
        <w:rPr>
          <w:b/>
          <w:sz w:val="28"/>
          <w:szCs w:val="24"/>
        </w:rPr>
        <w:t xml:space="preserve">Literatura a prameny ke studiu </w:t>
      </w:r>
    </w:p>
    <w:p w14:paraId="18F7DFFB" w14:textId="0D12DEA1" w:rsidR="004E14BE" w:rsidRDefault="00F16C4A" w:rsidP="00F80D04">
      <w:pPr>
        <w:spacing w:after="120" w:line="276" w:lineRule="auto"/>
      </w:pPr>
      <w:r>
        <w:rPr>
          <w:sz w:val="16"/>
        </w:rPr>
        <w:t xml:space="preserve"> </w:t>
      </w:r>
      <w:r>
        <w:br/>
      </w:r>
      <w:r>
        <w:rPr>
          <w:b/>
        </w:rPr>
        <w:t xml:space="preserve">Pedagogika </w:t>
      </w:r>
      <w:r>
        <w:br/>
      </w:r>
      <w:r w:rsidRPr="004E14BE">
        <w:t xml:space="preserve">KANTOROVÁ, J. a </w:t>
      </w:r>
      <w:proofErr w:type="spellStart"/>
      <w:r w:rsidRPr="004E14BE">
        <w:t>kol</w:t>
      </w:r>
      <w:proofErr w:type="spellEnd"/>
      <w:r w:rsidRPr="004E14BE">
        <w:t xml:space="preserve">. </w:t>
      </w:r>
      <w:proofErr w:type="spellStart"/>
      <w:r w:rsidRPr="004E14BE">
        <w:t>Vybrané</w:t>
      </w:r>
      <w:proofErr w:type="spellEnd"/>
      <w:r w:rsidRPr="004E14BE">
        <w:t xml:space="preserve"> </w:t>
      </w:r>
      <w:proofErr w:type="spellStart"/>
      <w:r w:rsidRPr="004E14BE">
        <w:t>kapitoly</w:t>
      </w:r>
      <w:proofErr w:type="spellEnd"/>
      <w:r w:rsidRPr="004E14BE">
        <w:t xml:space="preserve"> z </w:t>
      </w:r>
      <w:proofErr w:type="spellStart"/>
      <w:r w:rsidRPr="004E14BE">
        <w:t>obecné</w:t>
      </w:r>
      <w:proofErr w:type="spellEnd"/>
      <w:r w:rsidRPr="004E14BE">
        <w:t xml:space="preserve"> </w:t>
      </w:r>
      <w:proofErr w:type="spellStart"/>
      <w:r w:rsidRPr="004E14BE">
        <w:t>pedagogiky</w:t>
      </w:r>
      <w:proofErr w:type="spellEnd"/>
      <w:r w:rsidRPr="004E14BE">
        <w:t xml:space="preserve"> I. Olomouc: </w:t>
      </w:r>
      <w:proofErr w:type="spellStart"/>
      <w:r w:rsidRPr="004E14BE">
        <w:t>Hanex</w:t>
      </w:r>
      <w:proofErr w:type="spellEnd"/>
      <w:r w:rsidRPr="004E14BE">
        <w:t xml:space="preserve">, 2008. ISBN 978-80-7409-024-0. </w:t>
      </w:r>
      <w:r w:rsidRPr="004E14BE">
        <w:br/>
        <w:t xml:space="preserve">KANTOROVÁ, J. a </w:t>
      </w:r>
      <w:proofErr w:type="spellStart"/>
      <w:r w:rsidRPr="004E14BE">
        <w:t>kol</w:t>
      </w:r>
      <w:proofErr w:type="spellEnd"/>
      <w:r w:rsidRPr="004E14BE">
        <w:t xml:space="preserve">. </w:t>
      </w:r>
      <w:proofErr w:type="spellStart"/>
      <w:r w:rsidRPr="004E14BE">
        <w:t>Vybrané</w:t>
      </w:r>
      <w:proofErr w:type="spellEnd"/>
      <w:r w:rsidRPr="004E14BE">
        <w:t xml:space="preserve"> </w:t>
      </w:r>
      <w:proofErr w:type="spellStart"/>
      <w:r w:rsidRPr="004E14BE">
        <w:t>kapitoly</w:t>
      </w:r>
      <w:proofErr w:type="spellEnd"/>
      <w:r w:rsidRPr="004E14BE">
        <w:t xml:space="preserve"> z </w:t>
      </w:r>
      <w:proofErr w:type="spellStart"/>
      <w:r w:rsidRPr="004E14BE">
        <w:t>obecné</w:t>
      </w:r>
      <w:proofErr w:type="spellEnd"/>
      <w:r w:rsidRPr="004E14BE">
        <w:t xml:space="preserve"> </w:t>
      </w:r>
      <w:proofErr w:type="spellStart"/>
      <w:r w:rsidRPr="004E14BE">
        <w:t>pedagogiky</w:t>
      </w:r>
      <w:proofErr w:type="spellEnd"/>
      <w:r w:rsidRPr="004E14BE">
        <w:t xml:space="preserve"> II. Olomouc: </w:t>
      </w:r>
      <w:proofErr w:type="spellStart"/>
      <w:r w:rsidRPr="004E14BE">
        <w:t>Hanex</w:t>
      </w:r>
      <w:proofErr w:type="spellEnd"/>
      <w:r w:rsidRPr="004E14BE">
        <w:t>, 2010. ISBN 978-80-7409-030-1.</w:t>
      </w:r>
      <w:r>
        <w:t xml:space="preserve"> </w:t>
      </w:r>
      <w:r>
        <w:br/>
        <w:t xml:space="preserve"> </w:t>
      </w:r>
      <w:r>
        <w:br/>
      </w:r>
      <w:r w:rsidRPr="008932C2">
        <w:rPr>
          <w:b/>
          <w:lang w:val="cs-CZ"/>
        </w:rPr>
        <w:t>Obecná a školní didaktika</w:t>
      </w:r>
      <w:r>
        <w:rPr>
          <w:b/>
        </w:rPr>
        <w:t xml:space="preserve"> </w:t>
      </w:r>
      <w:r>
        <w:br/>
        <w:t xml:space="preserve">KALHOUS, Z., OBST, O. a kol. </w:t>
      </w:r>
      <w:r>
        <w:rPr>
          <w:i/>
        </w:rPr>
        <w:t>Školní didaktika</w:t>
      </w:r>
      <w:r>
        <w:t xml:space="preserve">. 2. vyd. Praha: Portál, 2009. ISBN 978-80-7367-571-4. </w:t>
      </w:r>
      <w:r>
        <w:br/>
        <w:t xml:space="preserve">MAŇÁK, J. a ŠVEC, V. </w:t>
      </w:r>
      <w:r>
        <w:rPr>
          <w:i/>
        </w:rPr>
        <w:t>Výukové metody</w:t>
      </w:r>
      <w:r>
        <w:t xml:space="preserve">. Brno: Paido, 2003. ISBN 80-7315-039-5. </w:t>
      </w:r>
      <w:r>
        <w:br/>
        <w:t xml:space="preserve">OBST, O. </w:t>
      </w:r>
      <w:r>
        <w:rPr>
          <w:i/>
        </w:rPr>
        <w:t>Řízení výuky</w:t>
      </w:r>
      <w:r>
        <w:t xml:space="preserve">. Olomouc: UP, 2013. ISBN 978-80-86768-48-9. </w:t>
      </w:r>
    </w:p>
    <w:p w14:paraId="5A336FAC" w14:textId="3E31D652" w:rsidR="00FE7B43" w:rsidRDefault="00F16C4A" w:rsidP="00F80D04">
      <w:pPr>
        <w:spacing w:after="120" w:line="276" w:lineRule="auto"/>
      </w:pPr>
      <w:r>
        <w:t xml:space="preserve">PRÁŠILOVÁ, M. </w:t>
      </w:r>
      <w:r>
        <w:rPr>
          <w:i/>
        </w:rPr>
        <w:t>Vzdělávací program a jeho tvorba</w:t>
      </w:r>
      <w:r>
        <w:t xml:space="preserve">. Olomouc: PdF UP, 2013. ISBN 80-7254-712-7. </w:t>
      </w:r>
    </w:p>
    <w:p w14:paraId="2F8D9461" w14:textId="74E887AB" w:rsidR="00FE7B43" w:rsidRDefault="00F16C4A" w:rsidP="00F80D04">
      <w:pPr>
        <w:spacing w:after="120" w:line="276" w:lineRule="auto"/>
      </w:pPr>
      <w:r>
        <w:rPr>
          <w:sz w:val="16"/>
        </w:rPr>
        <w:t xml:space="preserve"> </w:t>
      </w:r>
      <w:r>
        <w:br/>
      </w:r>
      <w:r>
        <w:rPr>
          <w:b/>
        </w:rPr>
        <w:t xml:space="preserve">Základy školního managementu </w:t>
      </w:r>
      <w:r>
        <w:br/>
        <w:t xml:space="preserve">OBST, O. </w:t>
      </w:r>
      <w:r>
        <w:rPr>
          <w:i/>
        </w:rPr>
        <w:t>Manažerské minimum pro pedagogické pracovníky</w:t>
      </w:r>
      <w:r>
        <w:t xml:space="preserve">. Olomouc: UP, 2013. ISBN 978-80-86768-49-6. </w:t>
      </w:r>
      <w:r>
        <w:br/>
        <w:t xml:space="preserve">PRÁŠILOVÁ, M. </w:t>
      </w:r>
      <w:r>
        <w:rPr>
          <w:i/>
        </w:rPr>
        <w:t>Vybrané kapitoly ze školského managementu pro pedagogické pracovníky</w:t>
      </w:r>
      <w:r>
        <w:t xml:space="preserve">. Olomouc: UP, 2006. ISBN 80-244-1415-5. </w:t>
      </w:r>
    </w:p>
    <w:p w14:paraId="2346874E" w14:textId="77777777" w:rsidR="008932C2" w:rsidRDefault="00F16C4A" w:rsidP="008A4438">
      <w:pPr>
        <w:spacing w:after="120" w:line="276" w:lineRule="auto"/>
      </w:pPr>
      <w:r>
        <w:rPr>
          <w:sz w:val="16"/>
        </w:rPr>
        <w:t xml:space="preserve"> </w:t>
      </w:r>
      <w:r>
        <w:br/>
      </w:r>
      <w:r>
        <w:rPr>
          <w:b/>
        </w:rPr>
        <w:t xml:space="preserve">Speciální pedagogika </w:t>
      </w:r>
      <w:r>
        <w:br/>
        <w:t xml:space="preserve">JEŘÁBKOVÁ, K. a kol. </w:t>
      </w:r>
      <w:r>
        <w:rPr>
          <w:i/>
        </w:rPr>
        <w:t>Úvod do speciální pedagogiky</w:t>
      </w:r>
      <w:r>
        <w:t xml:space="preserve">. Olomouc: UP, 2013. ISBN 978-80-244-3731-6. </w:t>
      </w:r>
      <w:r>
        <w:br/>
        <w:t xml:space="preserve">RENOTIÉROVÁ, M., LUDÍKOVÁ, L. </w:t>
      </w:r>
      <w:r>
        <w:rPr>
          <w:i/>
        </w:rPr>
        <w:t>Speciální pedagogika</w:t>
      </w:r>
      <w:r>
        <w:t xml:space="preserve">. 4. vyd. Olomouc: UP, 2006. ISBN 80-244-1475-9. </w:t>
      </w:r>
      <w:r>
        <w:br/>
        <w:t xml:space="preserve"> </w:t>
      </w:r>
    </w:p>
    <w:p w14:paraId="1439F463" w14:textId="77777777" w:rsidR="008932C2" w:rsidRDefault="008932C2">
      <w:pPr>
        <w:spacing w:before="95" w:line="240" w:lineRule="auto"/>
        <w:ind w:left="132"/>
      </w:pPr>
    </w:p>
    <w:p w14:paraId="3FD72835" w14:textId="77777777" w:rsidR="008932C2" w:rsidRDefault="008932C2">
      <w:pPr>
        <w:spacing w:before="95" w:line="240" w:lineRule="auto"/>
        <w:ind w:left="132"/>
      </w:pPr>
    </w:p>
    <w:p w14:paraId="58535019" w14:textId="77777777" w:rsidR="008932C2" w:rsidRDefault="008932C2">
      <w:pPr>
        <w:spacing w:before="95" w:line="240" w:lineRule="auto"/>
        <w:ind w:left="132"/>
      </w:pPr>
    </w:p>
    <w:p w14:paraId="4070035D" w14:textId="77777777" w:rsidR="008454C5" w:rsidRDefault="008454C5">
      <w:pPr>
        <w:spacing w:before="95" w:line="240" w:lineRule="auto"/>
        <w:ind w:left="132"/>
      </w:pPr>
    </w:p>
    <w:p w14:paraId="73441E4A" w14:textId="77777777" w:rsidR="008454C5" w:rsidRDefault="008454C5">
      <w:pPr>
        <w:spacing w:before="95" w:line="240" w:lineRule="auto"/>
        <w:ind w:left="132"/>
      </w:pPr>
    </w:p>
    <w:p w14:paraId="2F1ED1E1" w14:textId="77777777" w:rsidR="008454C5" w:rsidRDefault="008454C5">
      <w:pPr>
        <w:spacing w:before="95" w:line="240" w:lineRule="auto"/>
        <w:ind w:left="132"/>
      </w:pPr>
    </w:p>
    <w:p w14:paraId="13C7DD4B" w14:textId="77777777" w:rsidR="008454C5" w:rsidRDefault="008454C5">
      <w:pPr>
        <w:spacing w:before="95" w:line="240" w:lineRule="auto"/>
        <w:ind w:left="132"/>
      </w:pPr>
    </w:p>
    <w:p w14:paraId="7AD51143" w14:textId="77777777" w:rsidR="008454C5" w:rsidRDefault="008454C5">
      <w:pPr>
        <w:spacing w:before="95" w:line="240" w:lineRule="auto"/>
        <w:ind w:left="132"/>
      </w:pPr>
    </w:p>
    <w:p w14:paraId="4AF92B12" w14:textId="77777777" w:rsidR="008454C5" w:rsidRDefault="008454C5">
      <w:pPr>
        <w:spacing w:before="95" w:line="240" w:lineRule="auto"/>
        <w:ind w:left="132"/>
      </w:pPr>
    </w:p>
    <w:p w14:paraId="71C2BD18" w14:textId="77777777" w:rsidR="008932C2" w:rsidRDefault="008932C2">
      <w:pPr>
        <w:spacing w:before="95" w:line="240" w:lineRule="auto"/>
        <w:ind w:left="132"/>
      </w:pPr>
    </w:p>
    <w:p w14:paraId="5DA12424" w14:textId="77777777" w:rsidR="00777185" w:rsidRDefault="00777185">
      <w:pPr>
        <w:spacing w:before="95" w:line="240" w:lineRule="auto"/>
        <w:ind w:left="132"/>
      </w:pPr>
    </w:p>
    <w:p w14:paraId="65821491" w14:textId="7F8AB71B" w:rsidR="00FE7B43" w:rsidRPr="00F53E1B" w:rsidRDefault="00F16C4A">
      <w:pPr>
        <w:spacing w:before="95" w:line="240" w:lineRule="auto"/>
        <w:ind w:left="132"/>
        <w:rPr>
          <w:b/>
          <w:color w:val="00B050"/>
          <w:sz w:val="28"/>
          <w:szCs w:val="20"/>
          <w:lang w:val="cs-CZ"/>
        </w:rPr>
      </w:pPr>
      <w:r w:rsidRPr="00F53E1B">
        <w:rPr>
          <w:b/>
          <w:sz w:val="28"/>
          <w:szCs w:val="20"/>
          <w:lang w:val="cs-CZ"/>
        </w:rPr>
        <w:lastRenderedPageBreak/>
        <w:t xml:space="preserve">Psychologie </w:t>
      </w:r>
    </w:p>
    <w:p w14:paraId="43177B1B" w14:textId="77777777" w:rsidR="00F16C4A" w:rsidRDefault="00F16C4A">
      <w:pPr>
        <w:spacing w:before="95" w:line="240" w:lineRule="auto"/>
        <w:ind w:left="132"/>
      </w:pPr>
    </w:p>
    <w:p w14:paraId="4A5BFBE1" w14:textId="6B8AF456" w:rsidR="00FE7B43" w:rsidRPr="007F6CBB" w:rsidRDefault="00F16C4A" w:rsidP="00481FB2">
      <w:pPr>
        <w:pStyle w:val="Odstavecseseznamem"/>
        <w:numPr>
          <w:ilvl w:val="0"/>
          <w:numId w:val="18"/>
        </w:numPr>
        <w:spacing w:line="276" w:lineRule="auto"/>
        <w:rPr>
          <w:rFonts w:cs="Times New Roman"/>
          <w:szCs w:val="24"/>
          <w:lang w:val="cs-CZ"/>
        </w:rPr>
      </w:pPr>
      <w:r w:rsidRPr="007F6CBB">
        <w:rPr>
          <w:rFonts w:cs="Times New Roman"/>
          <w:szCs w:val="24"/>
          <w:lang w:val="cs-CZ"/>
        </w:rPr>
        <w:t xml:space="preserve">Předmět a metody psychologie, systém psychologických věd. </w:t>
      </w:r>
    </w:p>
    <w:p w14:paraId="45DAD495" w14:textId="055C710F" w:rsidR="00FE7B43" w:rsidRPr="007F6CBB" w:rsidRDefault="008932C2" w:rsidP="00C47ACE">
      <w:pPr>
        <w:spacing w:line="276" w:lineRule="auto"/>
        <w:jc w:val="both"/>
        <w:rPr>
          <w:rFonts w:cs="Times New Roman"/>
          <w:szCs w:val="24"/>
          <w:lang w:val="cs-CZ"/>
        </w:rPr>
      </w:pPr>
      <w:r w:rsidRPr="007F6CBB">
        <w:rPr>
          <w:rFonts w:cs="Times New Roman"/>
          <w:i/>
          <w:szCs w:val="24"/>
          <w:lang w:val="cs-CZ"/>
        </w:rPr>
        <w:t xml:space="preserve">            </w:t>
      </w:r>
      <w:r w:rsidR="00F16C4A" w:rsidRPr="007F6CBB">
        <w:rPr>
          <w:rFonts w:cs="Times New Roman"/>
          <w:i/>
          <w:szCs w:val="24"/>
          <w:lang w:val="cs-CZ"/>
        </w:rPr>
        <w:t xml:space="preserve">Vysvětlete základní pojmy v psychologii (prožívání, chování, osobnost). </w:t>
      </w:r>
    </w:p>
    <w:p w14:paraId="771A3CE8" w14:textId="454F3A00" w:rsidR="00FE7B43" w:rsidRPr="007F6CBB" w:rsidRDefault="00F16C4A" w:rsidP="00C47ACE">
      <w:pPr>
        <w:spacing w:line="276" w:lineRule="auto"/>
        <w:ind w:left="720"/>
        <w:jc w:val="both"/>
        <w:rPr>
          <w:rFonts w:cs="Times New Roman"/>
          <w:szCs w:val="24"/>
          <w:lang w:val="cs-CZ"/>
        </w:rPr>
      </w:pPr>
      <w:r w:rsidRPr="007F6CBB">
        <w:rPr>
          <w:rFonts w:cs="Times New Roman"/>
          <w:i/>
          <w:szCs w:val="24"/>
          <w:lang w:val="cs-CZ"/>
        </w:rPr>
        <w:t xml:space="preserve">Psychologické metody poznávání člověka (experiment, pozorování, rozhovor, dotazníky a testy). </w:t>
      </w:r>
    </w:p>
    <w:p w14:paraId="308A41D5" w14:textId="3BD3063B" w:rsidR="008454C5" w:rsidRPr="007F6CBB" w:rsidRDefault="008932C2" w:rsidP="00C47ACE">
      <w:pPr>
        <w:spacing w:line="276" w:lineRule="auto"/>
        <w:jc w:val="both"/>
        <w:rPr>
          <w:rFonts w:cs="Times New Roman"/>
          <w:i/>
          <w:szCs w:val="24"/>
          <w:lang w:val="cs-CZ"/>
        </w:rPr>
      </w:pPr>
      <w:r w:rsidRPr="007F6CBB">
        <w:rPr>
          <w:rFonts w:cs="Times New Roman"/>
          <w:i/>
          <w:szCs w:val="24"/>
          <w:lang w:val="cs-CZ"/>
        </w:rPr>
        <w:t xml:space="preserve">            </w:t>
      </w:r>
      <w:r w:rsidR="00F16C4A" w:rsidRPr="007F6CBB">
        <w:rPr>
          <w:rFonts w:cs="Times New Roman"/>
          <w:i/>
          <w:szCs w:val="24"/>
          <w:lang w:val="cs-CZ"/>
        </w:rPr>
        <w:t xml:space="preserve">Systém psychologických věd. </w:t>
      </w:r>
    </w:p>
    <w:p w14:paraId="4D3F8DB5" w14:textId="77777777" w:rsidR="00A47A4E" w:rsidRPr="007F6CBB" w:rsidRDefault="00A47A4E" w:rsidP="00481FB2">
      <w:pPr>
        <w:spacing w:line="276" w:lineRule="auto"/>
        <w:rPr>
          <w:rFonts w:cs="Times New Roman"/>
          <w:szCs w:val="24"/>
          <w:lang w:val="cs-CZ"/>
        </w:rPr>
      </w:pPr>
    </w:p>
    <w:p w14:paraId="449F75E2" w14:textId="234F33FD" w:rsidR="00FE7B43" w:rsidRPr="007F6CBB" w:rsidRDefault="00F16C4A" w:rsidP="008454C5">
      <w:pPr>
        <w:pStyle w:val="Odstavecseseznamem"/>
        <w:numPr>
          <w:ilvl w:val="0"/>
          <w:numId w:val="18"/>
        </w:numPr>
        <w:spacing w:line="240" w:lineRule="auto"/>
        <w:rPr>
          <w:rFonts w:cs="Times New Roman"/>
          <w:szCs w:val="24"/>
          <w:lang w:val="cs-CZ"/>
        </w:rPr>
      </w:pPr>
      <w:r w:rsidRPr="007F6CBB">
        <w:rPr>
          <w:rFonts w:cs="Times New Roman"/>
          <w:szCs w:val="24"/>
          <w:lang w:val="cs-CZ"/>
        </w:rPr>
        <w:t xml:space="preserve">Determinace lidské psychiky. </w:t>
      </w:r>
    </w:p>
    <w:p w14:paraId="347A44A1" w14:textId="1EFBB65C" w:rsidR="00FE7B43" w:rsidRPr="007F6CBB" w:rsidRDefault="008932C2" w:rsidP="00F16C4A">
      <w:pPr>
        <w:spacing w:line="240" w:lineRule="auto"/>
        <w:rPr>
          <w:rFonts w:cs="Times New Roman"/>
          <w:i/>
          <w:szCs w:val="24"/>
          <w:lang w:val="cs-CZ"/>
        </w:rPr>
      </w:pPr>
      <w:r w:rsidRPr="007F6CBB">
        <w:rPr>
          <w:rFonts w:cs="Times New Roman"/>
          <w:szCs w:val="24"/>
          <w:lang w:val="cs-CZ"/>
        </w:rPr>
        <w:t xml:space="preserve">            </w:t>
      </w:r>
      <w:r w:rsidR="00F16C4A" w:rsidRPr="007F6CBB">
        <w:rPr>
          <w:rFonts w:cs="Times New Roman"/>
          <w:i/>
          <w:szCs w:val="24"/>
          <w:lang w:val="cs-CZ"/>
        </w:rPr>
        <w:t xml:space="preserve">Biologická determinace lidské psychiky. </w:t>
      </w:r>
    </w:p>
    <w:p w14:paraId="51A7B30C" w14:textId="398FA3F7" w:rsidR="00FE7B43" w:rsidRPr="007F6CBB" w:rsidRDefault="008932C2" w:rsidP="00F16C4A">
      <w:pPr>
        <w:spacing w:line="240" w:lineRule="auto"/>
        <w:rPr>
          <w:rFonts w:cs="Times New Roman"/>
          <w:szCs w:val="24"/>
          <w:lang w:val="cs-CZ"/>
        </w:rPr>
      </w:pPr>
      <w:r w:rsidRPr="007F6CBB">
        <w:rPr>
          <w:rFonts w:cs="Times New Roman"/>
          <w:szCs w:val="24"/>
          <w:lang w:val="cs-CZ"/>
        </w:rPr>
        <w:t xml:space="preserve">            </w:t>
      </w:r>
      <w:r w:rsidR="00F16C4A" w:rsidRPr="007F6CBB">
        <w:rPr>
          <w:rFonts w:cs="Times New Roman"/>
          <w:i/>
          <w:szCs w:val="24"/>
          <w:lang w:val="cs-CZ"/>
        </w:rPr>
        <w:t xml:space="preserve">Sociální determinace lidské psychiky. </w:t>
      </w:r>
    </w:p>
    <w:p w14:paraId="37F2DE8C" w14:textId="56920B94" w:rsidR="00246D7A" w:rsidRPr="007F6CBB" w:rsidRDefault="008932C2" w:rsidP="00F16C4A">
      <w:pPr>
        <w:spacing w:line="240" w:lineRule="auto"/>
        <w:rPr>
          <w:rFonts w:cs="Times New Roman"/>
          <w:i/>
          <w:szCs w:val="24"/>
          <w:lang w:val="cs-CZ"/>
        </w:rPr>
      </w:pPr>
      <w:r w:rsidRPr="007F6CBB">
        <w:rPr>
          <w:rFonts w:cs="Times New Roman"/>
          <w:szCs w:val="24"/>
          <w:lang w:val="cs-CZ"/>
        </w:rPr>
        <w:t xml:space="preserve">            </w:t>
      </w:r>
      <w:r w:rsidR="00F16C4A" w:rsidRPr="007F6CBB">
        <w:rPr>
          <w:rFonts w:cs="Times New Roman"/>
          <w:i/>
          <w:szCs w:val="24"/>
          <w:lang w:val="cs-CZ"/>
        </w:rPr>
        <w:t xml:space="preserve">Duchovní dimenze determinace lidské psychiky. </w:t>
      </w:r>
    </w:p>
    <w:p w14:paraId="2D3BDBC7" w14:textId="77777777" w:rsidR="00A47A4E" w:rsidRPr="007F6CBB" w:rsidRDefault="00A47A4E" w:rsidP="00F16C4A">
      <w:pPr>
        <w:spacing w:line="240" w:lineRule="auto"/>
        <w:rPr>
          <w:rFonts w:cs="Times New Roman"/>
          <w:i/>
          <w:szCs w:val="24"/>
          <w:lang w:val="cs-CZ"/>
        </w:rPr>
      </w:pPr>
    </w:p>
    <w:p w14:paraId="01EA624C" w14:textId="41857554" w:rsidR="005A3F98" w:rsidRPr="007F6CBB" w:rsidRDefault="00F16C4A" w:rsidP="00246D7A">
      <w:pPr>
        <w:pStyle w:val="Odstavecseseznamem"/>
        <w:numPr>
          <w:ilvl w:val="0"/>
          <w:numId w:val="18"/>
        </w:numPr>
        <w:spacing w:line="240" w:lineRule="auto"/>
        <w:rPr>
          <w:rFonts w:cs="Times New Roman"/>
          <w:i/>
          <w:szCs w:val="24"/>
          <w:lang w:val="cs-CZ"/>
        </w:rPr>
      </w:pPr>
      <w:r w:rsidRPr="007F6CBB">
        <w:rPr>
          <w:rFonts w:cs="Times New Roman"/>
          <w:szCs w:val="24"/>
          <w:lang w:val="cs-CZ"/>
        </w:rPr>
        <w:t>Emo</w:t>
      </w:r>
      <w:r w:rsidR="008932C2" w:rsidRPr="007F6CBB">
        <w:rPr>
          <w:rFonts w:cs="Times New Roman"/>
          <w:szCs w:val="24"/>
          <w:lang w:val="cs-CZ"/>
        </w:rPr>
        <w:t>ční</w:t>
      </w:r>
      <w:r w:rsidRPr="007F6CBB">
        <w:rPr>
          <w:rFonts w:cs="Times New Roman"/>
          <w:szCs w:val="24"/>
          <w:lang w:val="cs-CZ"/>
        </w:rPr>
        <w:t xml:space="preserve"> procesy</w:t>
      </w:r>
    </w:p>
    <w:p w14:paraId="16307FF1" w14:textId="29A2DAA1" w:rsidR="00FE7B43" w:rsidRPr="007F6CBB" w:rsidRDefault="005A3F98" w:rsidP="00F16C4A">
      <w:pPr>
        <w:spacing w:line="240" w:lineRule="auto"/>
        <w:rPr>
          <w:rFonts w:cs="Times New Roman"/>
          <w:szCs w:val="24"/>
          <w:lang w:val="cs-CZ"/>
        </w:rPr>
      </w:pPr>
      <w:r w:rsidRPr="007F6CBB">
        <w:rPr>
          <w:rFonts w:cs="Times New Roman"/>
          <w:szCs w:val="24"/>
          <w:lang w:val="cs-CZ"/>
        </w:rPr>
        <w:t xml:space="preserve">          </w:t>
      </w:r>
      <w:r w:rsidR="008932C2" w:rsidRPr="007F6CBB">
        <w:rPr>
          <w:rFonts w:cs="Times New Roman"/>
          <w:i/>
          <w:szCs w:val="24"/>
          <w:lang w:val="cs-CZ"/>
        </w:rPr>
        <w:t xml:space="preserve"> </w:t>
      </w:r>
      <w:r w:rsidR="00C47ACE" w:rsidRPr="007F6CBB">
        <w:rPr>
          <w:rFonts w:cs="Times New Roman"/>
          <w:i/>
          <w:szCs w:val="24"/>
          <w:lang w:val="cs-CZ"/>
        </w:rPr>
        <w:t xml:space="preserve"> </w:t>
      </w:r>
      <w:r w:rsidR="00F16C4A" w:rsidRPr="007F6CBB">
        <w:rPr>
          <w:rFonts w:cs="Times New Roman"/>
          <w:i/>
          <w:szCs w:val="24"/>
          <w:lang w:val="cs-CZ"/>
        </w:rPr>
        <w:t xml:space="preserve">Dělení emocí a jejich vlastnosti. Vliv emocí na proces učení. </w:t>
      </w:r>
    </w:p>
    <w:p w14:paraId="6F6C6597" w14:textId="0CBA2A40" w:rsidR="008932C2" w:rsidRPr="007F6CBB" w:rsidRDefault="008932C2" w:rsidP="00F16C4A">
      <w:pPr>
        <w:spacing w:line="240" w:lineRule="auto"/>
        <w:rPr>
          <w:rFonts w:cs="Times New Roman"/>
          <w:i/>
          <w:szCs w:val="24"/>
          <w:lang w:val="cs-CZ"/>
        </w:rPr>
      </w:pPr>
      <w:r w:rsidRPr="007F6CBB">
        <w:rPr>
          <w:rFonts w:cs="Times New Roman"/>
          <w:szCs w:val="24"/>
          <w:lang w:val="cs-CZ"/>
        </w:rPr>
        <w:t xml:space="preserve">           </w:t>
      </w:r>
      <w:r w:rsidR="00777185">
        <w:rPr>
          <w:rFonts w:cs="Times New Roman"/>
          <w:szCs w:val="24"/>
          <w:lang w:val="cs-CZ"/>
        </w:rPr>
        <w:t xml:space="preserve"> </w:t>
      </w:r>
      <w:r w:rsidR="00F16C4A" w:rsidRPr="007F6CBB">
        <w:rPr>
          <w:rFonts w:cs="Times New Roman"/>
          <w:i/>
          <w:szCs w:val="24"/>
          <w:lang w:val="cs-CZ"/>
        </w:rPr>
        <w:t xml:space="preserve">Temperament a temperamentové typologie. </w:t>
      </w:r>
    </w:p>
    <w:p w14:paraId="5F2266E2" w14:textId="77777777" w:rsidR="00A47A4E" w:rsidRPr="007F6CBB" w:rsidRDefault="00A47A4E" w:rsidP="00F16C4A">
      <w:pPr>
        <w:spacing w:line="240" w:lineRule="auto"/>
        <w:rPr>
          <w:rFonts w:cs="Times New Roman"/>
          <w:i/>
          <w:szCs w:val="24"/>
          <w:lang w:val="cs-CZ"/>
        </w:rPr>
      </w:pPr>
    </w:p>
    <w:p w14:paraId="2E70CC13" w14:textId="445620A6" w:rsidR="00F16C4A" w:rsidRPr="007F6CBB" w:rsidRDefault="00F16C4A" w:rsidP="00246D7A">
      <w:pPr>
        <w:pStyle w:val="Odstavecseseznamem"/>
        <w:numPr>
          <w:ilvl w:val="0"/>
          <w:numId w:val="18"/>
        </w:numPr>
        <w:spacing w:line="240" w:lineRule="auto"/>
        <w:rPr>
          <w:rFonts w:cs="Times New Roman"/>
          <w:szCs w:val="24"/>
          <w:lang w:val="cs-CZ"/>
        </w:rPr>
      </w:pPr>
      <w:r w:rsidRPr="007F6CBB">
        <w:rPr>
          <w:rFonts w:cs="Times New Roman"/>
          <w:szCs w:val="24"/>
          <w:lang w:val="cs-CZ"/>
        </w:rPr>
        <w:t xml:space="preserve">Motivace a motivační činitelé. </w:t>
      </w:r>
    </w:p>
    <w:p w14:paraId="37726D86" w14:textId="67AA1A1E" w:rsidR="00FE7B43" w:rsidRPr="007F6CBB" w:rsidRDefault="00F16C4A" w:rsidP="00C47ACE">
      <w:pPr>
        <w:spacing w:line="240" w:lineRule="auto"/>
        <w:jc w:val="both"/>
        <w:rPr>
          <w:rFonts w:cs="Times New Roman"/>
          <w:szCs w:val="24"/>
          <w:lang w:val="cs-CZ"/>
        </w:rPr>
      </w:pPr>
      <w:r w:rsidRPr="007F6CBB">
        <w:rPr>
          <w:rFonts w:cs="Times New Roman"/>
          <w:szCs w:val="24"/>
          <w:lang w:val="cs-CZ"/>
        </w:rPr>
        <w:t xml:space="preserve">      </w:t>
      </w:r>
      <w:r w:rsidR="005A3F98" w:rsidRPr="007F6CBB">
        <w:rPr>
          <w:rFonts w:cs="Times New Roman"/>
          <w:i/>
          <w:szCs w:val="24"/>
          <w:lang w:val="cs-CZ"/>
        </w:rPr>
        <w:t xml:space="preserve">    </w:t>
      </w:r>
      <w:r w:rsidR="00A47A4E" w:rsidRPr="007F6CBB">
        <w:rPr>
          <w:rFonts w:cs="Times New Roman"/>
          <w:i/>
          <w:szCs w:val="24"/>
          <w:lang w:val="cs-CZ"/>
        </w:rPr>
        <w:t xml:space="preserve">  </w:t>
      </w:r>
      <w:r w:rsidRPr="007F6CBB">
        <w:rPr>
          <w:rFonts w:cs="Times New Roman"/>
          <w:i/>
          <w:szCs w:val="24"/>
          <w:lang w:val="cs-CZ"/>
        </w:rPr>
        <w:t xml:space="preserve">Vysvětlete pojem motivace a motivační činitelé. </w:t>
      </w:r>
    </w:p>
    <w:p w14:paraId="027BC775" w14:textId="11A5B8CD" w:rsidR="00FE396D" w:rsidRPr="007F6CBB" w:rsidRDefault="00F16C4A" w:rsidP="00C47ACE">
      <w:pPr>
        <w:spacing w:line="240" w:lineRule="auto"/>
        <w:ind w:left="720"/>
        <w:jc w:val="both"/>
        <w:rPr>
          <w:rFonts w:cs="Times New Roman"/>
          <w:i/>
          <w:szCs w:val="24"/>
          <w:lang w:val="cs-CZ"/>
        </w:rPr>
      </w:pPr>
      <w:r w:rsidRPr="007F6CBB">
        <w:rPr>
          <w:rFonts w:cs="Times New Roman"/>
          <w:i/>
          <w:szCs w:val="24"/>
          <w:lang w:val="cs-CZ"/>
        </w:rPr>
        <w:t>Zátěžové situace, stres a reakce na stres (v oblasti emotivní, fyziologické a kognitivní), frustrace a</w:t>
      </w:r>
      <w:r w:rsidR="00C47ACE" w:rsidRPr="007F6CBB">
        <w:rPr>
          <w:rFonts w:cs="Times New Roman"/>
          <w:i/>
          <w:szCs w:val="24"/>
          <w:lang w:val="cs-CZ"/>
        </w:rPr>
        <w:t xml:space="preserve"> </w:t>
      </w:r>
      <w:r w:rsidRPr="007F6CBB">
        <w:rPr>
          <w:rFonts w:cs="Times New Roman"/>
          <w:i/>
          <w:szCs w:val="24"/>
          <w:lang w:val="cs-CZ"/>
        </w:rPr>
        <w:t xml:space="preserve">konflikt. </w:t>
      </w:r>
    </w:p>
    <w:p w14:paraId="33197BDB" w14:textId="77777777" w:rsidR="00F16C4A" w:rsidRPr="007F6CBB" w:rsidRDefault="00F16C4A">
      <w:pPr>
        <w:spacing w:before="110" w:line="240" w:lineRule="auto"/>
        <w:ind w:left="492"/>
        <w:rPr>
          <w:rFonts w:cs="Times New Roman"/>
          <w:i/>
          <w:szCs w:val="24"/>
          <w:lang w:val="cs-CZ"/>
        </w:rPr>
      </w:pPr>
    </w:p>
    <w:p w14:paraId="449A087C" w14:textId="5E3BE52C" w:rsidR="00FE396D" w:rsidRPr="007F6CBB" w:rsidRDefault="00F16C4A" w:rsidP="007F6CBB">
      <w:pPr>
        <w:pStyle w:val="Odstavecseseznamem"/>
        <w:numPr>
          <w:ilvl w:val="0"/>
          <w:numId w:val="18"/>
        </w:numPr>
        <w:spacing w:line="240" w:lineRule="auto"/>
        <w:rPr>
          <w:rFonts w:cs="Times New Roman"/>
          <w:i/>
          <w:szCs w:val="24"/>
          <w:lang w:val="cs-CZ"/>
        </w:rPr>
      </w:pPr>
      <w:r w:rsidRPr="007F6CBB">
        <w:rPr>
          <w:rFonts w:cs="Times New Roman"/>
          <w:szCs w:val="24"/>
          <w:lang w:val="cs-CZ"/>
        </w:rPr>
        <w:t xml:space="preserve">Duševní vývoj v období dospívání. </w:t>
      </w:r>
      <w:r w:rsidRPr="007F6CBB">
        <w:rPr>
          <w:rFonts w:cs="Times New Roman"/>
          <w:szCs w:val="24"/>
          <w:lang w:val="cs-CZ"/>
        </w:rPr>
        <w:br/>
      </w:r>
      <w:r w:rsidRPr="007F6CBB">
        <w:rPr>
          <w:rFonts w:cs="Times New Roman"/>
          <w:i/>
          <w:szCs w:val="24"/>
          <w:lang w:val="cs-CZ"/>
        </w:rPr>
        <w:t>Prepuberta, fyziologické změny, charakteristika poznávacích procesů, emoční a</w:t>
      </w:r>
      <w:r w:rsidR="007F6CBB" w:rsidRPr="007F6CBB">
        <w:rPr>
          <w:rFonts w:cs="Times New Roman"/>
          <w:i/>
          <w:szCs w:val="24"/>
          <w:lang w:val="cs-CZ"/>
        </w:rPr>
        <w:t> </w:t>
      </w:r>
      <w:r w:rsidRPr="007F6CBB">
        <w:rPr>
          <w:rFonts w:cs="Times New Roman"/>
          <w:i/>
          <w:szCs w:val="24"/>
          <w:lang w:val="cs-CZ"/>
        </w:rPr>
        <w:t xml:space="preserve">sociální vývoj. </w:t>
      </w:r>
      <w:r w:rsidRPr="007F6CBB">
        <w:rPr>
          <w:rFonts w:cs="Times New Roman"/>
          <w:szCs w:val="24"/>
          <w:lang w:val="cs-CZ"/>
        </w:rPr>
        <w:br/>
      </w:r>
      <w:r w:rsidRPr="007F6CBB">
        <w:rPr>
          <w:rFonts w:cs="Times New Roman"/>
          <w:i/>
          <w:szCs w:val="24"/>
          <w:lang w:val="cs-CZ"/>
        </w:rPr>
        <w:t xml:space="preserve">Puberta, charakteristika poznávacích procesů, emoční a sociální vývoj. </w:t>
      </w:r>
    </w:p>
    <w:p w14:paraId="0D70B0D3" w14:textId="77777777" w:rsidR="00BD4903" w:rsidRPr="007F6CBB" w:rsidRDefault="00BD4903" w:rsidP="00F16C4A">
      <w:pPr>
        <w:spacing w:line="240" w:lineRule="auto"/>
        <w:ind w:left="492"/>
        <w:rPr>
          <w:rFonts w:cs="Times New Roman"/>
          <w:szCs w:val="24"/>
          <w:lang w:val="cs-CZ"/>
        </w:rPr>
      </w:pPr>
    </w:p>
    <w:p w14:paraId="75CB6A37" w14:textId="293911E8" w:rsidR="00FE396D" w:rsidRPr="007F6CBB" w:rsidRDefault="00F16C4A" w:rsidP="00BD4903">
      <w:pPr>
        <w:pStyle w:val="Odstavecseseznamem"/>
        <w:numPr>
          <w:ilvl w:val="0"/>
          <w:numId w:val="18"/>
        </w:numPr>
        <w:spacing w:line="240" w:lineRule="auto"/>
        <w:rPr>
          <w:rFonts w:cs="Times New Roman"/>
          <w:szCs w:val="24"/>
          <w:lang w:val="cs-CZ"/>
        </w:rPr>
      </w:pPr>
      <w:r w:rsidRPr="007F6CBB">
        <w:rPr>
          <w:rFonts w:cs="Times New Roman"/>
          <w:szCs w:val="24"/>
          <w:lang w:val="cs-CZ"/>
        </w:rPr>
        <w:t xml:space="preserve">Duševní vývoj v období adolescence. </w:t>
      </w:r>
    </w:p>
    <w:p w14:paraId="0405F66D" w14:textId="77777777" w:rsidR="00BD4903" w:rsidRPr="007F6CBB" w:rsidRDefault="00FE396D" w:rsidP="00BD4903">
      <w:pPr>
        <w:spacing w:line="240" w:lineRule="auto"/>
        <w:ind w:left="492"/>
        <w:rPr>
          <w:rFonts w:cs="Times New Roman"/>
          <w:i/>
          <w:szCs w:val="24"/>
          <w:lang w:val="cs-CZ"/>
        </w:rPr>
      </w:pPr>
      <w:r w:rsidRPr="007F6CBB">
        <w:rPr>
          <w:rFonts w:cs="Times New Roman"/>
          <w:i/>
          <w:szCs w:val="24"/>
          <w:lang w:val="cs-CZ"/>
        </w:rPr>
        <w:t xml:space="preserve">    </w:t>
      </w:r>
      <w:r w:rsidR="00F16C4A" w:rsidRPr="007F6CBB">
        <w:rPr>
          <w:rFonts w:cs="Times New Roman"/>
          <w:i/>
          <w:szCs w:val="24"/>
          <w:lang w:val="cs-CZ"/>
        </w:rPr>
        <w:t xml:space="preserve">Adolescence, kult těla, poznávací procesy, emoční a sociální vývoj. </w:t>
      </w:r>
      <w:r w:rsidRPr="007F6CBB">
        <w:rPr>
          <w:rFonts w:cs="Times New Roman"/>
          <w:szCs w:val="24"/>
          <w:lang w:val="cs-CZ"/>
        </w:rPr>
        <w:t xml:space="preserve"> </w:t>
      </w:r>
      <w:r w:rsidR="00F16C4A" w:rsidRPr="007F6CBB">
        <w:rPr>
          <w:rFonts w:cs="Times New Roman"/>
          <w:szCs w:val="24"/>
          <w:lang w:val="cs-CZ"/>
        </w:rPr>
        <w:br/>
      </w:r>
      <w:r w:rsidR="00BD4903" w:rsidRPr="007F6CBB">
        <w:rPr>
          <w:rFonts w:cs="Times New Roman"/>
          <w:i/>
          <w:szCs w:val="24"/>
          <w:lang w:val="cs-CZ"/>
        </w:rPr>
        <w:t xml:space="preserve">    </w:t>
      </w:r>
      <w:r w:rsidR="00F16C4A" w:rsidRPr="007F6CBB">
        <w:rPr>
          <w:rFonts w:cs="Times New Roman"/>
          <w:i/>
          <w:szCs w:val="24"/>
          <w:lang w:val="cs-CZ"/>
        </w:rPr>
        <w:t xml:space="preserve">Projevy rizikového chování v adolescenci, subkultura mládeže. </w:t>
      </w:r>
    </w:p>
    <w:p w14:paraId="1DBFD4E7" w14:textId="77777777" w:rsidR="004D554D" w:rsidRPr="007F6CBB" w:rsidRDefault="004D554D" w:rsidP="00BD4903">
      <w:pPr>
        <w:spacing w:line="240" w:lineRule="auto"/>
        <w:ind w:left="492"/>
        <w:rPr>
          <w:rFonts w:cs="Times New Roman"/>
          <w:i/>
          <w:szCs w:val="24"/>
          <w:lang w:val="cs-CZ"/>
        </w:rPr>
      </w:pPr>
    </w:p>
    <w:p w14:paraId="6CC7FA8C" w14:textId="0F0AC1F0" w:rsidR="00B75F4C" w:rsidRPr="007F6CBB" w:rsidRDefault="00F16C4A" w:rsidP="004D554D">
      <w:pPr>
        <w:pStyle w:val="Odstavecseseznamem"/>
        <w:numPr>
          <w:ilvl w:val="0"/>
          <w:numId w:val="18"/>
        </w:numPr>
        <w:spacing w:line="240" w:lineRule="auto"/>
        <w:rPr>
          <w:rFonts w:cs="Times New Roman"/>
          <w:i/>
          <w:szCs w:val="24"/>
          <w:lang w:val="cs-CZ"/>
        </w:rPr>
      </w:pPr>
      <w:r w:rsidRPr="007F6CBB">
        <w:rPr>
          <w:rFonts w:cs="Times New Roman"/>
          <w:szCs w:val="24"/>
          <w:lang w:val="cs-CZ"/>
        </w:rPr>
        <w:t xml:space="preserve">Proces socializace. </w:t>
      </w:r>
      <w:r w:rsidRPr="007F6CBB">
        <w:rPr>
          <w:rFonts w:cs="Times New Roman"/>
          <w:szCs w:val="24"/>
          <w:lang w:val="cs-CZ"/>
        </w:rPr>
        <w:br/>
      </w:r>
      <w:r w:rsidRPr="007F6CBB">
        <w:rPr>
          <w:rFonts w:cs="Times New Roman"/>
          <w:i/>
          <w:szCs w:val="24"/>
          <w:lang w:val="cs-CZ"/>
        </w:rPr>
        <w:t xml:space="preserve">Uveďte cíle, obsah a fáze procesu socializace, charakterizujte základní socializační činitele. </w:t>
      </w:r>
      <w:r w:rsidRPr="007F6CBB">
        <w:rPr>
          <w:rFonts w:cs="Times New Roman"/>
          <w:szCs w:val="24"/>
          <w:lang w:val="cs-CZ"/>
        </w:rPr>
        <w:br/>
      </w:r>
      <w:r w:rsidRPr="007F6CBB">
        <w:rPr>
          <w:rFonts w:cs="Times New Roman"/>
          <w:i/>
          <w:szCs w:val="24"/>
          <w:lang w:val="cs-CZ"/>
        </w:rPr>
        <w:t>Vysvětlete mechanismy socializace</w:t>
      </w:r>
      <w:r w:rsidR="003A5BBA" w:rsidRPr="007F6CBB">
        <w:rPr>
          <w:rFonts w:cs="Times New Roman"/>
          <w:i/>
          <w:szCs w:val="24"/>
          <w:lang w:val="cs-CZ"/>
        </w:rPr>
        <w:t xml:space="preserve"> (spojitost s učením)</w:t>
      </w:r>
    </w:p>
    <w:p w14:paraId="5AD1B295" w14:textId="77777777" w:rsidR="004D554D" w:rsidRPr="007F6CBB" w:rsidRDefault="004D554D" w:rsidP="004D554D">
      <w:pPr>
        <w:pStyle w:val="Odstavecseseznamem"/>
        <w:spacing w:line="240" w:lineRule="auto"/>
        <w:rPr>
          <w:rFonts w:cs="Times New Roman"/>
          <w:i/>
          <w:szCs w:val="24"/>
          <w:lang w:val="cs-CZ"/>
        </w:rPr>
      </w:pPr>
    </w:p>
    <w:p w14:paraId="5F739C52" w14:textId="3AD3BFD2" w:rsidR="004D554D" w:rsidRPr="007F6CBB" w:rsidRDefault="00F16C4A" w:rsidP="009347CB">
      <w:pPr>
        <w:pStyle w:val="Odstavecseseznamem"/>
        <w:numPr>
          <w:ilvl w:val="0"/>
          <w:numId w:val="18"/>
        </w:numPr>
        <w:spacing w:before="160" w:line="240" w:lineRule="auto"/>
        <w:rPr>
          <w:rFonts w:cs="Times New Roman"/>
          <w:i/>
          <w:szCs w:val="24"/>
          <w:lang w:val="cs-CZ"/>
        </w:rPr>
      </w:pPr>
      <w:r w:rsidRPr="007F6CBB">
        <w:rPr>
          <w:rFonts w:cs="Times New Roman"/>
          <w:szCs w:val="24"/>
          <w:lang w:val="cs-CZ"/>
        </w:rPr>
        <w:t xml:space="preserve">Sociální a interpersonální percepce. </w:t>
      </w:r>
      <w:r w:rsidRPr="007F6CBB">
        <w:rPr>
          <w:rFonts w:cs="Times New Roman"/>
          <w:szCs w:val="24"/>
          <w:lang w:val="cs-CZ"/>
        </w:rPr>
        <w:br/>
      </w:r>
      <w:r w:rsidRPr="007F6CBB">
        <w:rPr>
          <w:rFonts w:cs="Times New Roman"/>
          <w:i/>
          <w:szCs w:val="24"/>
          <w:lang w:val="cs-CZ"/>
        </w:rPr>
        <w:t xml:space="preserve">Vysvětlete, </w:t>
      </w:r>
      <w:r w:rsidR="003A5BBA" w:rsidRPr="007F6CBB">
        <w:rPr>
          <w:rFonts w:cs="Times New Roman"/>
          <w:i/>
          <w:szCs w:val="24"/>
          <w:lang w:val="cs-CZ"/>
        </w:rPr>
        <w:t>co je sociální percepce a jak dochází k formování dojmu hodnocení vnímaných osob.</w:t>
      </w:r>
      <w:r w:rsidRPr="007F6CBB">
        <w:rPr>
          <w:rFonts w:cs="Times New Roman"/>
          <w:szCs w:val="24"/>
          <w:lang w:val="cs-CZ"/>
        </w:rPr>
        <w:br/>
      </w:r>
      <w:r w:rsidRPr="007F6CBB">
        <w:rPr>
          <w:rFonts w:cs="Times New Roman"/>
          <w:i/>
          <w:szCs w:val="24"/>
          <w:lang w:val="cs-CZ"/>
        </w:rPr>
        <w:t xml:space="preserve">Které faktory ovlivňují </w:t>
      </w:r>
      <w:r w:rsidR="003A5BBA" w:rsidRPr="007F6CBB">
        <w:rPr>
          <w:rFonts w:cs="Times New Roman"/>
          <w:i/>
          <w:szCs w:val="24"/>
          <w:lang w:val="cs-CZ"/>
        </w:rPr>
        <w:t>sociální/</w:t>
      </w:r>
      <w:r w:rsidRPr="007F6CBB">
        <w:rPr>
          <w:rFonts w:cs="Times New Roman"/>
          <w:i/>
          <w:szCs w:val="24"/>
          <w:lang w:val="cs-CZ"/>
        </w:rPr>
        <w:t xml:space="preserve">interpersonální percepci? Charakterizujte chyby interpersonální percepce. </w:t>
      </w:r>
    </w:p>
    <w:p w14:paraId="7140E787" w14:textId="77777777" w:rsidR="004D554D" w:rsidRPr="007F6CBB" w:rsidRDefault="004D554D" w:rsidP="004D554D">
      <w:pPr>
        <w:pStyle w:val="Odstavecseseznamem"/>
        <w:rPr>
          <w:rFonts w:cs="Times New Roman"/>
          <w:szCs w:val="24"/>
          <w:lang w:val="cs-CZ"/>
        </w:rPr>
      </w:pPr>
    </w:p>
    <w:p w14:paraId="1CAD59D9" w14:textId="00C12522" w:rsidR="00341239" w:rsidRPr="007F6CBB" w:rsidRDefault="00F16C4A" w:rsidP="004D554D">
      <w:pPr>
        <w:pStyle w:val="Odstavecseseznamem"/>
        <w:numPr>
          <w:ilvl w:val="0"/>
          <w:numId w:val="18"/>
        </w:numPr>
        <w:spacing w:before="160" w:line="240" w:lineRule="auto"/>
        <w:rPr>
          <w:rFonts w:cs="Times New Roman"/>
          <w:i/>
          <w:szCs w:val="24"/>
          <w:lang w:val="cs-CZ"/>
        </w:rPr>
      </w:pPr>
      <w:r w:rsidRPr="007F6CBB">
        <w:rPr>
          <w:rFonts w:cs="Times New Roman"/>
          <w:szCs w:val="24"/>
          <w:lang w:val="cs-CZ"/>
        </w:rPr>
        <w:t xml:space="preserve">Sociální interakce. </w:t>
      </w:r>
      <w:r w:rsidRPr="007F6CBB">
        <w:rPr>
          <w:rFonts w:cs="Times New Roman"/>
          <w:szCs w:val="24"/>
          <w:lang w:val="cs-CZ"/>
        </w:rPr>
        <w:br/>
      </w:r>
      <w:r w:rsidRPr="007F6CBB">
        <w:rPr>
          <w:rFonts w:cs="Times New Roman"/>
          <w:i/>
          <w:szCs w:val="24"/>
          <w:lang w:val="cs-CZ"/>
        </w:rPr>
        <w:t xml:space="preserve">Popište základní druhy interakce (kooperace, soupeření, konflikt). </w:t>
      </w:r>
      <w:r w:rsidRPr="007F6CBB">
        <w:rPr>
          <w:rFonts w:cs="Times New Roman"/>
          <w:szCs w:val="24"/>
          <w:lang w:val="cs-CZ"/>
        </w:rPr>
        <w:br/>
      </w:r>
      <w:r w:rsidRPr="007F6CBB">
        <w:rPr>
          <w:rFonts w:cs="Times New Roman"/>
          <w:i/>
          <w:szCs w:val="24"/>
          <w:lang w:val="cs-CZ"/>
        </w:rPr>
        <w:t>Charakterizujte podstatu agrese a agresivi</w:t>
      </w:r>
      <w:r w:rsidR="003A5BBA" w:rsidRPr="007F6CBB">
        <w:rPr>
          <w:rFonts w:cs="Times New Roman"/>
          <w:i/>
          <w:szCs w:val="24"/>
          <w:lang w:val="cs-CZ"/>
        </w:rPr>
        <w:t>ty, základní faktory ovlivňující agresivitu a</w:t>
      </w:r>
      <w:r w:rsidR="00777185">
        <w:rPr>
          <w:rFonts w:cs="Times New Roman"/>
          <w:i/>
          <w:szCs w:val="24"/>
          <w:lang w:val="cs-CZ"/>
        </w:rPr>
        <w:t> </w:t>
      </w:r>
      <w:r w:rsidR="003A5BBA" w:rsidRPr="007F6CBB">
        <w:rPr>
          <w:rFonts w:cs="Times New Roman"/>
          <w:i/>
          <w:szCs w:val="24"/>
          <w:lang w:val="cs-CZ"/>
        </w:rPr>
        <w:t>agresi</w:t>
      </w:r>
      <w:r w:rsidR="00777185">
        <w:rPr>
          <w:rFonts w:cs="Times New Roman"/>
          <w:i/>
          <w:szCs w:val="24"/>
          <w:lang w:val="cs-CZ"/>
        </w:rPr>
        <w:t>.</w:t>
      </w:r>
      <w:r w:rsidRPr="007F6CBB">
        <w:rPr>
          <w:rFonts w:cs="Times New Roman"/>
          <w:i/>
          <w:szCs w:val="24"/>
          <w:lang w:val="cs-CZ"/>
        </w:rPr>
        <w:t xml:space="preserve"> </w:t>
      </w:r>
      <w:r w:rsidRPr="007F6CBB">
        <w:rPr>
          <w:rFonts w:cs="Times New Roman"/>
          <w:szCs w:val="24"/>
          <w:lang w:val="cs-CZ"/>
        </w:rPr>
        <w:br/>
      </w:r>
      <w:r w:rsidRPr="007F6CBB">
        <w:rPr>
          <w:rFonts w:cs="Times New Roman"/>
          <w:i/>
          <w:szCs w:val="24"/>
          <w:lang w:val="cs-CZ"/>
        </w:rPr>
        <w:t xml:space="preserve">Interpersonální konflikty a možnosti jejich řešení. </w:t>
      </w:r>
    </w:p>
    <w:p w14:paraId="7AF5BC38" w14:textId="77777777" w:rsidR="004D554D" w:rsidRPr="007F6CBB" w:rsidRDefault="004D554D" w:rsidP="004D554D">
      <w:pPr>
        <w:pStyle w:val="Odstavecseseznamem"/>
        <w:rPr>
          <w:rFonts w:cs="Times New Roman"/>
          <w:i/>
          <w:szCs w:val="24"/>
          <w:lang w:val="cs-CZ"/>
        </w:rPr>
      </w:pPr>
    </w:p>
    <w:p w14:paraId="7610BB7E" w14:textId="77777777" w:rsidR="004D554D" w:rsidRPr="007F6CBB" w:rsidRDefault="004D554D" w:rsidP="004D554D">
      <w:pPr>
        <w:pStyle w:val="Odstavecseseznamem"/>
        <w:spacing w:before="160" w:line="240" w:lineRule="auto"/>
        <w:rPr>
          <w:rFonts w:cs="Times New Roman"/>
          <w:i/>
          <w:szCs w:val="24"/>
          <w:lang w:val="cs-CZ"/>
        </w:rPr>
      </w:pPr>
    </w:p>
    <w:p w14:paraId="799FE49B" w14:textId="252DC32F" w:rsidR="00FE7B43" w:rsidRPr="007F6CBB" w:rsidRDefault="00F16C4A" w:rsidP="004D554D">
      <w:pPr>
        <w:pStyle w:val="Odstavecseseznamem"/>
        <w:numPr>
          <w:ilvl w:val="0"/>
          <w:numId w:val="18"/>
        </w:numPr>
        <w:spacing w:line="240" w:lineRule="auto"/>
        <w:rPr>
          <w:rFonts w:cs="Times New Roman"/>
          <w:szCs w:val="24"/>
          <w:lang w:val="cs-CZ"/>
        </w:rPr>
      </w:pPr>
      <w:r w:rsidRPr="007F6CBB">
        <w:rPr>
          <w:rFonts w:cs="Times New Roman"/>
          <w:szCs w:val="24"/>
          <w:lang w:val="cs-CZ"/>
        </w:rPr>
        <w:t xml:space="preserve">Sociální skupina. </w:t>
      </w:r>
    </w:p>
    <w:p w14:paraId="13345255" w14:textId="2A28AAB4" w:rsidR="003A5BBA" w:rsidRPr="007F6CBB" w:rsidRDefault="003A5BBA" w:rsidP="00777185">
      <w:pPr>
        <w:spacing w:line="240" w:lineRule="auto"/>
        <w:jc w:val="both"/>
        <w:rPr>
          <w:rFonts w:cs="Times New Roman"/>
          <w:i/>
          <w:szCs w:val="24"/>
          <w:lang w:val="cs-CZ"/>
        </w:rPr>
      </w:pPr>
      <w:r w:rsidRPr="007F6CBB">
        <w:rPr>
          <w:rFonts w:cs="Times New Roman"/>
          <w:szCs w:val="24"/>
          <w:lang w:val="cs-CZ"/>
        </w:rPr>
        <w:t xml:space="preserve">      </w:t>
      </w:r>
      <w:r w:rsidRPr="007F6CBB">
        <w:rPr>
          <w:rFonts w:cs="Times New Roman"/>
          <w:i/>
          <w:szCs w:val="24"/>
          <w:lang w:val="cs-CZ"/>
        </w:rPr>
        <w:t xml:space="preserve">  </w:t>
      </w:r>
      <w:r w:rsidR="004D554D" w:rsidRPr="007F6CBB">
        <w:rPr>
          <w:rFonts w:cs="Times New Roman"/>
          <w:i/>
          <w:szCs w:val="24"/>
          <w:lang w:val="cs-CZ"/>
        </w:rPr>
        <w:tab/>
      </w:r>
      <w:r w:rsidRPr="007F6CBB">
        <w:rPr>
          <w:rFonts w:cs="Times New Roman"/>
          <w:i/>
          <w:szCs w:val="24"/>
          <w:lang w:val="cs-CZ"/>
        </w:rPr>
        <w:t xml:space="preserve"> </w:t>
      </w:r>
      <w:r w:rsidR="00F16C4A" w:rsidRPr="007F6CBB">
        <w:rPr>
          <w:rFonts w:cs="Times New Roman"/>
          <w:i/>
          <w:szCs w:val="24"/>
          <w:lang w:val="cs-CZ"/>
        </w:rPr>
        <w:t xml:space="preserve">Uveďte klasifikaci sociálních skupin. Popište základní znaky malé sociální skupiny. </w:t>
      </w:r>
      <w:r w:rsidR="00F16C4A" w:rsidRPr="007F6CBB">
        <w:rPr>
          <w:rFonts w:cs="Times New Roman"/>
          <w:szCs w:val="24"/>
          <w:lang w:val="cs-CZ"/>
        </w:rPr>
        <w:br/>
      </w:r>
      <w:r w:rsidRPr="007F6CBB">
        <w:rPr>
          <w:rFonts w:cs="Times New Roman"/>
          <w:i/>
          <w:szCs w:val="24"/>
          <w:lang w:val="cs-CZ"/>
        </w:rPr>
        <w:t xml:space="preserve">         </w:t>
      </w:r>
      <w:r w:rsidR="004D554D" w:rsidRPr="007F6CBB">
        <w:rPr>
          <w:rFonts w:cs="Times New Roman"/>
          <w:i/>
          <w:szCs w:val="24"/>
          <w:lang w:val="cs-CZ"/>
        </w:rPr>
        <w:tab/>
      </w:r>
      <w:r w:rsidR="00F16C4A" w:rsidRPr="007F6CBB">
        <w:rPr>
          <w:rFonts w:cs="Times New Roman"/>
          <w:i/>
          <w:szCs w:val="24"/>
          <w:lang w:val="cs-CZ"/>
        </w:rPr>
        <w:t>Vysvětlete pojmy skupinová struktura a dynamika, sociální pozice, status, role, prestiž.</w:t>
      </w:r>
    </w:p>
    <w:p w14:paraId="2C7EFD78" w14:textId="77DD95A3" w:rsidR="003A5BBA" w:rsidRPr="007F6CBB" w:rsidRDefault="00F16C4A" w:rsidP="00777185">
      <w:pPr>
        <w:spacing w:line="240" w:lineRule="auto"/>
        <w:ind w:left="720"/>
        <w:jc w:val="both"/>
        <w:rPr>
          <w:rFonts w:cs="Times New Roman"/>
          <w:i/>
          <w:szCs w:val="24"/>
          <w:lang w:val="cs-CZ"/>
        </w:rPr>
      </w:pPr>
      <w:r w:rsidRPr="007F6CBB">
        <w:rPr>
          <w:rFonts w:cs="Times New Roman"/>
          <w:i/>
          <w:szCs w:val="24"/>
          <w:lang w:val="cs-CZ"/>
        </w:rPr>
        <w:t xml:space="preserve">Popište vliv skupiny na jedince (sociální facilitace, inhibice, mechanismy sociálního tlaku, konformita). </w:t>
      </w:r>
    </w:p>
    <w:p w14:paraId="49887DFA" w14:textId="77777777" w:rsidR="00F16C4A" w:rsidRPr="007F6CBB" w:rsidRDefault="00F16C4A" w:rsidP="00F16C4A">
      <w:pPr>
        <w:spacing w:line="240" w:lineRule="auto"/>
        <w:rPr>
          <w:rFonts w:cs="Times New Roman"/>
          <w:i/>
          <w:szCs w:val="24"/>
          <w:lang w:val="cs-CZ"/>
        </w:rPr>
      </w:pPr>
    </w:p>
    <w:p w14:paraId="6A5123C5" w14:textId="195D759B" w:rsidR="00D0053F" w:rsidRPr="007F6CBB" w:rsidRDefault="00F16C4A" w:rsidP="0091034E">
      <w:pPr>
        <w:pStyle w:val="Odstavecseseznamem"/>
        <w:numPr>
          <w:ilvl w:val="0"/>
          <w:numId w:val="18"/>
        </w:numPr>
        <w:spacing w:line="240" w:lineRule="auto"/>
        <w:rPr>
          <w:rFonts w:cs="Times New Roman"/>
          <w:szCs w:val="24"/>
          <w:lang w:val="cs-CZ"/>
        </w:rPr>
      </w:pPr>
      <w:r w:rsidRPr="007F6CBB">
        <w:rPr>
          <w:rFonts w:cs="Times New Roman"/>
          <w:szCs w:val="24"/>
          <w:lang w:val="cs-CZ"/>
        </w:rPr>
        <w:t xml:space="preserve">Pojem, druhy a zákony učení. </w:t>
      </w:r>
    </w:p>
    <w:p w14:paraId="4F7AF2F0" w14:textId="50DDDC47" w:rsidR="00D0053F" w:rsidRPr="007F6CBB" w:rsidRDefault="00F16C4A" w:rsidP="00777185">
      <w:pPr>
        <w:spacing w:line="240" w:lineRule="auto"/>
        <w:ind w:left="720"/>
        <w:jc w:val="both"/>
        <w:rPr>
          <w:rFonts w:cs="Times New Roman"/>
          <w:szCs w:val="24"/>
          <w:lang w:val="cs-CZ"/>
        </w:rPr>
      </w:pPr>
      <w:r w:rsidRPr="007F6CBB">
        <w:rPr>
          <w:rFonts w:cs="Times New Roman"/>
          <w:i/>
          <w:szCs w:val="24"/>
          <w:lang w:val="cs-CZ"/>
        </w:rPr>
        <w:t xml:space="preserve">Charakterizujte podstatu procesu učení, učení v širším a užším pojetí, učení bezděčné </w:t>
      </w:r>
      <w:r w:rsidRPr="007F6CBB">
        <w:rPr>
          <w:rFonts w:cs="Times New Roman"/>
          <w:szCs w:val="24"/>
          <w:lang w:val="cs-CZ"/>
        </w:rPr>
        <w:br/>
      </w:r>
      <w:r w:rsidRPr="007F6CBB">
        <w:rPr>
          <w:rFonts w:cs="Times New Roman"/>
          <w:i/>
          <w:szCs w:val="24"/>
          <w:lang w:val="cs-CZ"/>
        </w:rPr>
        <w:t xml:space="preserve">a záměrné. </w:t>
      </w:r>
    </w:p>
    <w:p w14:paraId="1BF6B9DB" w14:textId="536DA790" w:rsidR="00D0053F" w:rsidRPr="007F6CBB" w:rsidRDefault="00F16C4A" w:rsidP="00777185">
      <w:pPr>
        <w:spacing w:line="240" w:lineRule="auto"/>
        <w:ind w:left="720"/>
        <w:jc w:val="both"/>
        <w:rPr>
          <w:rFonts w:cs="Times New Roman"/>
          <w:i/>
          <w:szCs w:val="24"/>
          <w:lang w:val="cs-CZ"/>
        </w:rPr>
      </w:pPr>
      <w:r w:rsidRPr="007F6CBB">
        <w:rPr>
          <w:rFonts w:cs="Times New Roman"/>
          <w:i/>
          <w:szCs w:val="24"/>
          <w:lang w:val="cs-CZ"/>
        </w:rPr>
        <w:t xml:space="preserve">Uveďte obecné zákony učení, popište vliv opakování na proces učení. </w:t>
      </w:r>
      <w:r w:rsidRPr="007F6CBB">
        <w:rPr>
          <w:rFonts w:cs="Times New Roman"/>
          <w:szCs w:val="24"/>
          <w:lang w:val="cs-CZ"/>
        </w:rPr>
        <w:br/>
      </w:r>
      <w:r w:rsidRPr="007F6CBB">
        <w:rPr>
          <w:rFonts w:cs="Times New Roman"/>
          <w:i/>
          <w:szCs w:val="24"/>
          <w:lang w:val="cs-CZ"/>
        </w:rPr>
        <w:t xml:space="preserve">Popište základní druhy učení (podmiňování, senzomotorické, verbální a pojmové, </w:t>
      </w:r>
      <w:r w:rsidRPr="007F6CBB">
        <w:rPr>
          <w:rFonts w:cs="Times New Roman"/>
          <w:szCs w:val="24"/>
          <w:lang w:val="cs-CZ"/>
        </w:rPr>
        <w:br/>
      </w:r>
      <w:r w:rsidRPr="007F6CBB">
        <w:rPr>
          <w:rFonts w:cs="Times New Roman"/>
          <w:i/>
          <w:szCs w:val="24"/>
          <w:lang w:val="cs-CZ"/>
        </w:rPr>
        <w:t xml:space="preserve">problémové, sociální učení) ve vztahu k výchovně vzdělávacímu procesu. </w:t>
      </w:r>
    </w:p>
    <w:p w14:paraId="77944687" w14:textId="77777777" w:rsidR="0091034E" w:rsidRPr="007F6CBB" w:rsidRDefault="0091034E" w:rsidP="0091034E">
      <w:pPr>
        <w:spacing w:line="240" w:lineRule="auto"/>
        <w:ind w:left="720"/>
        <w:rPr>
          <w:rFonts w:cs="Times New Roman"/>
          <w:i/>
          <w:szCs w:val="24"/>
          <w:lang w:val="cs-CZ"/>
        </w:rPr>
      </w:pPr>
    </w:p>
    <w:p w14:paraId="5B06F4C1" w14:textId="1F244FEE" w:rsidR="00F16C4A" w:rsidRPr="007F6CBB" w:rsidRDefault="00F16C4A" w:rsidP="0091034E">
      <w:pPr>
        <w:pStyle w:val="Odstavecseseznamem"/>
        <w:numPr>
          <w:ilvl w:val="0"/>
          <w:numId w:val="18"/>
        </w:numPr>
        <w:spacing w:line="240" w:lineRule="auto"/>
        <w:rPr>
          <w:rFonts w:cs="Times New Roman"/>
          <w:szCs w:val="24"/>
          <w:lang w:val="cs-CZ"/>
        </w:rPr>
      </w:pPr>
      <w:r w:rsidRPr="007F6CBB">
        <w:rPr>
          <w:rFonts w:cs="Times New Roman"/>
          <w:szCs w:val="24"/>
          <w:lang w:val="cs-CZ"/>
        </w:rPr>
        <w:t xml:space="preserve">Činitelé ovlivňující průběh učení. </w:t>
      </w:r>
    </w:p>
    <w:p w14:paraId="559A291B" w14:textId="6C968E10" w:rsidR="00FE7B43" w:rsidRPr="007F6CBB" w:rsidRDefault="00F16C4A" w:rsidP="00DE7AEF">
      <w:pPr>
        <w:spacing w:line="240" w:lineRule="auto"/>
        <w:jc w:val="both"/>
        <w:rPr>
          <w:rFonts w:cs="Times New Roman"/>
          <w:szCs w:val="24"/>
          <w:lang w:val="cs-CZ"/>
        </w:rPr>
      </w:pPr>
      <w:r w:rsidRPr="007F6CBB">
        <w:rPr>
          <w:rFonts w:cs="Times New Roman"/>
          <w:szCs w:val="24"/>
          <w:lang w:val="cs-CZ"/>
        </w:rPr>
        <w:t xml:space="preserve">          </w:t>
      </w:r>
      <w:r w:rsidR="0091034E" w:rsidRPr="007F6CBB">
        <w:rPr>
          <w:rFonts w:cs="Times New Roman"/>
          <w:szCs w:val="24"/>
          <w:lang w:val="cs-CZ"/>
        </w:rPr>
        <w:t xml:space="preserve"> </w:t>
      </w:r>
      <w:r w:rsidR="00C4429D" w:rsidRPr="007F6CBB">
        <w:rPr>
          <w:rFonts w:cs="Times New Roman"/>
          <w:i/>
          <w:szCs w:val="24"/>
          <w:lang w:val="cs-CZ"/>
        </w:rPr>
        <w:t xml:space="preserve"> </w:t>
      </w:r>
      <w:r w:rsidRPr="007F6CBB">
        <w:rPr>
          <w:rFonts w:cs="Times New Roman"/>
          <w:i/>
          <w:szCs w:val="24"/>
          <w:lang w:val="cs-CZ"/>
        </w:rPr>
        <w:t xml:space="preserve">Charakterizujte vnitřní a vnější činitele ovlivňující průběh učení. </w:t>
      </w:r>
    </w:p>
    <w:p w14:paraId="5F5E0B77" w14:textId="20166514" w:rsidR="002A4F4E" w:rsidRPr="007F6CBB" w:rsidRDefault="00F16C4A" w:rsidP="00DE7AEF">
      <w:pPr>
        <w:spacing w:line="240" w:lineRule="auto"/>
        <w:ind w:left="720"/>
        <w:jc w:val="both"/>
        <w:rPr>
          <w:rFonts w:cs="Times New Roman"/>
          <w:i/>
          <w:szCs w:val="24"/>
          <w:lang w:val="cs-CZ"/>
        </w:rPr>
      </w:pPr>
      <w:r w:rsidRPr="007F6CBB">
        <w:rPr>
          <w:rFonts w:cs="Times New Roman"/>
          <w:i/>
          <w:szCs w:val="24"/>
          <w:lang w:val="cs-CZ"/>
        </w:rPr>
        <w:t>Vliv sebe</w:t>
      </w:r>
      <w:r w:rsidR="00C4429D" w:rsidRPr="007F6CBB">
        <w:rPr>
          <w:rFonts w:cs="Times New Roman"/>
          <w:i/>
          <w:szCs w:val="24"/>
          <w:lang w:val="cs-CZ"/>
        </w:rPr>
        <w:t>pojetí</w:t>
      </w:r>
      <w:r w:rsidRPr="007F6CBB">
        <w:rPr>
          <w:rFonts w:cs="Times New Roman"/>
          <w:i/>
          <w:szCs w:val="24"/>
          <w:lang w:val="cs-CZ"/>
        </w:rPr>
        <w:t xml:space="preserve"> na úspěšnost jedince. Možnosti rozvoje přiměřeného seb</w:t>
      </w:r>
      <w:r w:rsidR="00C4429D" w:rsidRPr="007F6CBB">
        <w:rPr>
          <w:rFonts w:cs="Times New Roman"/>
          <w:i/>
          <w:szCs w:val="24"/>
          <w:lang w:val="cs-CZ"/>
        </w:rPr>
        <w:t>epojetí (jednotlivých</w:t>
      </w:r>
      <w:r w:rsidR="0091034E" w:rsidRPr="007F6CBB">
        <w:rPr>
          <w:rFonts w:cs="Times New Roman"/>
          <w:i/>
          <w:szCs w:val="24"/>
          <w:lang w:val="cs-CZ"/>
        </w:rPr>
        <w:t xml:space="preserve"> </w:t>
      </w:r>
      <w:r w:rsidR="00C4429D" w:rsidRPr="007F6CBB">
        <w:rPr>
          <w:rFonts w:cs="Times New Roman"/>
          <w:i/>
          <w:szCs w:val="24"/>
          <w:lang w:val="cs-CZ"/>
        </w:rPr>
        <w:t>složek)</w:t>
      </w:r>
      <w:r w:rsidRPr="007F6CBB">
        <w:rPr>
          <w:rFonts w:cs="Times New Roman"/>
          <w:i/>
          <w:szCs w:val="24"/>
          <w:lang w:val="cs-CZ"/>
        </w:rPr>
        <w:t xml:space="preserve">. </w:t>
      </w:r>
    </w:p>
    <w:p w14:paraId="3A8BCF40" w14:textId="01CC9255" w:rsidR="009165DD" w:rsidRPr="007F6CBB" w:rsidRDefault="00F16C4A" w:rsidP="00DE7AEF">
      <w:pPr>
        <w:spacing w:line="240" w:lineRule="auto"/>
        <w:ind w:firstLine="720"/>
        <w:jc w:val="both"/>
        <w:rPr>
          <w:rFonts w:cs="Times New Roman"/>
          <w:i/>
          <w:szCs w:val="24"/>
          <w:lang w:val="cs-CZ"/>
        </w:rPr>
      </w:pPr>
      <w:r w:rsidRPr="007F6CBB">
        <w:rPr>
          <w:rFonts w:cs="Times New Roman"/>
          <w:i/>
          <w:szCs w:val="24"/>
          <w:lang w:val="cs-CZ"/>
        </w:rPr>
        <w:t>Styl učení</w:t>
      </w:r>
      <w:r w:rsidR="00C4429D" w:rsidRPr="007F6CBB">
        <w:rPr>
          <w:rFonts w:cs="Times New Roman"/>
          <w:i/>
          <w:szCs w:val="24"/>
          <w:lang w:val="cs-CZ"/>
        </w:rPr>
        <w:t>-charakteristika a vztah k práci učitele</w:t>
      </w:r>
      <w:r w:rsidR="00DE7AEF">
        <w:rPr>
          <w:rFonts w:cs="Times New Roman"/>
          <w:i/>
          <w:szCs w:val="24"/>
          <w:lang w:val="cs-CZ"/>
        </w:rPr>
        <w:t>.</w:t>
      </w:r>
      <w:r w:rsidRPr="007F6CBB">
        <w:rPr>
          <w:rFonts w:cs="Times New Roman"/>
          <w:i/>
          <w:szCs w:val="24"/>
          <w:lang w:val="cs-CZ"/>
        </w:rPr>
        <w:t xml:space="preserve"> </w:t>
      </w:r>
    </w:p>
    <w:p w14:paraId="0A0A58D9" w14:textId="77777777" w:rsidR="002A4F4E" w:rsidRPr="007F6CBB" w:rsidRDefault="002A4F4E" w:rsidP="002A4F4E">
      <w:pPr>
        <w:spacing w:line="240" w:lineRule="auto"/>
        <w:ind w:firstLine="720"/>
        <w:rPr>
          <w:rFonts w:cs="Times New Roman"/>
          <w:i/>
          <w:szCs w:val="24"/>
          <w:lang w:val="cs-CZ"/>
        </w:rPr>
      </w:pPr>
    </w:p>
    <w:p w14:paraId="2E7FEF01" w14:textId="05FB26D8" w:rsidR="00FE7B43" w:rsidRPr="007F6CBB" w:rsidRDefault="00F16C4A" w:rsidP="00DE7AEF">
      <w:pPr>
        <w:pStyle w:val="Odstavecseseznamem"/>
        <w:numPr>
          <w:ilvl w:val="0"/>
          <w:numId w:val="18"/>
        </w:numPr>
        <w:spacing w:line="240" w:lineRule="auto"/>
        <w:rPr>
          <w:rFonts w:cs="Times New Roman"/>
          <w:i/>
          <w:szCs w:val="24"/>
          <w:lang w:val="cs-CZ"/>
        </w:rPr>
      </w:pPr>
      <w:r w:rsidRPr="005A4ACE">
        <w:rPr>
          <w:rFonts w:cs="Times New Roman"/>
          <w:szCs w:val="24"/>
          <w:lang w:val="cs-CZ"/>
        </w:rPr>
        <w:t xml:space="preserve">Motivace a učení. </w:t>
      </w:r>
      <w:r w:rsidRPr="005A4ACE">
        <w:rPr>
          <w:rFonts w:cs="Times New Roman"/>
          <w:szCs w:val="24"/>
          <w:lang w:val="cs-CZ"/>
        </w:rPr>
        <w:br/>
      </w:r>
      <w:r w:rsidRPr="007F6CBB">
        <w:rPr>
          <w:rFonts w:cs="Times New Roman"/>
          <w:i/>
          <w:szCs w:val="24"/>
          <w:lang w:val="cs-CZ"/>
        </w:rPr>
        <w:t>Vysvětlete podstatu motivace</w:t>
      </w:r>
      <w:r w:rsidR="00C4429D" w:rsidRPr="007F6CBB">
        <w:rPr>
          <w:rFonts w:cs="Times New Roman"/>
          <w:i/>
          <w:szCs w:val="24"/>
          <w:lang w:val="cs-CZ"/>
        </w:rPr>
        <w:t>, uveďte faktory, které motivaci k učení ovlivňují</w:t>
      </w:r>
      <w:r w:rsidRPr="007F6CBB">
        <w:rPr>
          <w:rFonts w:cs="Times New Roman"/>
          <w:i/>
          <w:szCs w:val="24"/>
          <w:lang w:val="cs-CZ"/>
        </w:rPr>
        <w:t xml:space="preserve">. </w:t>
      </w:r>
    </w:p>
    <w:p w14:paraId="602DCD74" w14:textId="77777777" w:rsidR="002A4F4E" w:rsidRPr="007F6CBB" w:rsidRDefault="00F16C4A" w:rsidP="00DE7AEF">
      <w:pPr>
        <w:spacing w:line="240" w:lineRule="auto"/>
        <w:ind w:left="720"/>
        <w:jc w:val="both"/>
        <w:rPr>
          <w:rFonts w:cs="Times New Roman"/>
          <w:i/>
          <w:szCs w:val="24"/>
          <w:lang w:val="cs-CZ"/>
        </w:rPr>
      </w:pPr>
      <w:r w:rsidRPr="007F6CBB">
        <w:rPr>
          <w:rFonts w:cs="Times New Roman"/>
          <w:i/>
          <w:szCs w:val="24"/>
          <w:lang w:val="cs-CZ"/>
        </w:rPr>
        <w:t>Charakterizujte faktory</w:t>
      </w:r>
      <w:r w:rsidR="00C4429D" w:rsidRPr="007F6CBB">
        <w:rPr>
          <w:rFonts w:cs="Times New Roman"/>
          <w:i/>
          <w:szCs w:val="24"/>
          <w:lang w:val="cs-CZ"/>
        </w:rPr>
        <w:t>, které ovlivňují motivaci</w:t>
      </w:r>
      <w:r w:rsidRPr="007F6CBB">
        <w:rPr>
          <w:rFonts w:cs="Times New Roman"/>
          <w:i/>
          <w:szCs w:val="24"/>
          <w:lang w:val="cs-CZ"/>
        </w:rPr>
        <w:t xml:space="preserve"> (vliv úspěchu a neúspěchu, naučená </w:t>
      </w:r>
      <w:r w:rsidRPr="007F6CBB">
        <w:rPr>
          <w:rFonts w:cs="Times New Roman"/>
          <w:szCs w:val="24"/>
          <w:lang w:val="cs-CZ"/>
        </w:rPr>
        <w:br/>
      </w:r>
      <w:r w:rsidRPr="007F6CBB">
        <w:rPr>
          <w:rFonts w:cs="Times New Roman"/>
          <w:i/>
          <w:szCs w:val="24"/>
          <w:lang w:val="cs-CZ"/>
        </w:rPr>
        <w:t xml:space="preserve">bezmocnost, novost situace, aktivita, sociální faktory, zájem, stanovení cíle, souvislost </w:t>
      </w:r>
      <w:r w:rsidRPr="007F6CBB">
        <w:rPr>
          <w:rFonts w:cs="Times New Roman"/>
          <w:szCs w:val="24"/>
          <w:lang w:val="cs-CZ"/>
        </w:rPr>
        <w:br/>
      </w:r>
      <w:r w:rsidRPr="007F6CBB">
        <w:rPr>
          <w:rFonts w:cs="Times New Roman"/>
          <w:i/>
          <w:szCs w:val="24"/>
          <w:lang w:val="cs-CZ"/>
        </w:rPr>
        <w:t xml:space="preserve">s předchozí činností, s životními cíli, tendence dokončit úkol, odměna a trest). </w:t>
      </w:r>
    </w:p>
    <w:p w14:paraId="4FA9ED37" w14:textId="77777777" w:rsidR="00C47ACE" w:rsidRPr="007F6CBB" w:rsidRDefault="00C47ACE" w:rsidP="002A4F4E">
      <w:pPr>
        <w:spacing w:line="240" w:lineRule="auto"/>
        <w:ind w:left="720"/>
        <w:rPr>
          <w:rFonts w:cs="Times New Roman"/>
          <w:i/>
          <w:szCs w:val="24"/>
          <w:lang w:val="cs-CZ"/>
        </w:rPr>
      </w:pPr>
    </w:p>
    <w:p w14:paraId="7D00B527" w14:textId="0A5B712C" w:rsidR="00FE7B43" w:rsidRPr="007F6CBB" w:rsidRDefault="00F16C4A" w:rsidP="00C47ACE">
      <w:pPr>
        <w:pStyle w:val="Odstavecseseznamem"/>
        <w:numPr>
          <w:ilvl w:val="0"/>
          <w:numId w:val="18"/>
        </w:numPr>
        <w:spacing w:line="240" w:lineRule="auto"/>
        <w:rPr>
          <w:rFonts w:cs="Times New Roman"/>
          <w:i/>
          <w:szCs w:val="24"/>
          <w:lang w:val="cs-CZ"/>
        </w:rPr>
      </w:pPr>
      <w:r w:rsidRPr="007F6CBB">
        <w:rPr>
          <w:rFonts w:cs="Times New Roman"/>
          <w:szCs w:val="24"/>
          <w:lang w:val="cs-CZ"/>
        </w:rPr>
        <w:t>Psychologické aspekty poskytování zpětné vazby</w:t>
      </w:r>
      <w:r w:rsidR="00EF6766" w:rsidRPr="007F6CBB">
        <w:rPr>
          <w:rFonts w:cs="Times New Roman"/>
          <w:szCs w:val="24"/>
          <w:lang w:val="cs-CZ"/>
        </w:rPr>
        <w:t xml:space="preserve"> a odměn</w:t>
      </w:r>
      <w:r w:rsidRPr="007F6CBB">
        <w:rPr>
          <w:rFonts w:cs="Times New Roman"/>
          <w:szCs w:val="24"/>
          <w:lang w:val="cs-CZ"/>
        </w:rPr>
        <w:t xml:space="preserve">. </w:t>
      </w:r>
    </w:p>
    <w:p w14:paraId="3FB481CE" w14:textId="05F73E33" w:rsidR="00EF6766" w:rsidRPr="007F6CBB" w:rsidRDefault="00EF6766" w:rsidP="00DE7AEF">
      <w:pPr>
        <w:spacing w:line="240" w:lineRule="auto"/>
        <w:ind w:left="492" w:firstLine="228"/>
        <w:jc w:val="both"/>
        <w:rPr>
          <w:rFonts w:cs="Times New Roman"/>
          <w:i/>
          <w:iCs/>
          <w:szCs w:val="24"/>
          <w:lang w:val="cs-CZ"/>
        </w:rPr>
      </w:pPr>
      <w:r w:rsidRPr="007F6CBB">
        <w:rPr>
          <w:rFonts w:cs="Times New Roman"/>
          <w:i/>
          <w:iCs/>
          <w:szCs w:val="24"/>
          <w:lang w:val="cs-CZ"/>
        </w:rPr>
        <w:t>Uveďte podstatu poskytování zpětné vazby, způsoby, formy a frekvence zpětné vazby</w:t>
      </w:r>
      <w:r w:rsidR="009347CB">
        <w:rPr>
          <w:rFonts w:cs="Times New Roman"/>
          <w:i/>
          <w:iCs/>
          <w:szCs w:val="24"/>
          <w:lang w:val="cs-CZ"/>
        </w:rPr>
        <w:t>.</w:t>
      </w:r>
    </w:p>
    <w:p w14:paraId="0ED399A5" w14:textId="16306B77" w:rsidR="00EF6766" w:rsidRPr="007F6CBB" w:rsidRDefault="00EF6766" w:rsidP="00DE7AEF">
      <w:pPr>
        <w:spacing w:line="240" w:lineRule="auto"/>
        <w:ind w:left="720"/>
        <w:jc w:val="both"/>
        <w:rPr>
          <w:rFonts w:cs="Times New Roman"/>
          <w:i/>
          <w:iCs/>
          <w:szCs w:val="24"/>
          <w:lang w:val="cs-CZ"/>
        </w:rPr>
      </w:pPr>
      <w:r w:rsidRPr="007F6CBB">
        <w:rPr>
          <w:rFonts w:cs="Times New Roman"/>
          <w:i/>
          <w:iCs/>
          <w:szCs w:val="24"/>
          <w:lang w:val="cs-CZ"/>
        </w:rPr>
        <w:t>Význam odměny, role a formy odměny v procesu učení. Účinnost odměn a trestů (co je účinnější a proč?</w:t>
      </w:r>
    </w:p>
    <w:p w14:paraId="2A410718" w14:textId="5A976B60" w:rsidR="00C47ACE" w:rsidRPr="007F6CBB" w:rsidRDefault="00EF6766" w:rsidP="00DE7AEF">
      <w:pPr>
        <w:spacing w:line="240" w:lineRule="auto"/>
        <w:ind w:left="492" w:firstLine="228"/>
        <w:jc w:val="both"/>
        <w:rPr>
          <w:rFonts w:cs="Times New Roman"/>
          <w:i/>
          <w:iCs/>
          <w:szCs w:val="24"/>
          <w:lang w:val="cs-CZ"/>
        </w:rPr>
      </w:pPr>
      <w:r w:rsidRPr="007F6CBB">
        <w:rPr>
          <w:rFonts w:cs="Times New Roman"/>
          <w:i/>
          <w:iCs/>
          <w:szCs w:val="24"/>
          <w:lang w:val="cs-CZ"/>
        </w:rPr>
        <w:t>Souvislost mezi motivací k učení, odměnou a zpětnou vazbou</w:t>
      </w:r>
      <w:r w:rsidR="00DE7AEF">
        <w:rPr>
          <w:rFonts w:cs="Times New Roman"/>
          <w:i/>
          <w:iCs/>
          <w:szCs w:val="24"/>
          <w:lang w:val="cs-CZ"/>
        </w:rPr>
        <w:t>.</w:t>
      </w:r>
      <w:r w:rsidRPr="007F6CBB">
        <w:rPr>
          <w:rFonts w:cs="Times New Roman"/>
          <w:i/>
          <w:iCs/>
          <w:szCs w:val="24"/>
          <w:lang w:val="cs-CZ"/>
        </w:rPr>
        <w:t xml:space="preserve"> </w:t>
      </w:r>
    </w:p>
    <w:p w14:paraId="08D2E2D4" w14:textId="77777777" w:rsidR="00C47ACE" w:rsidRPr="007F6CBB" w:rsidRDefault="00C47ACE" w:rsidP="00C47ACE">
      <w:pPr>
        <w:spacing w:line="240" w:lineRule="auto"/>
        <w:ind w:left="492"/>
        <w:rPr>
          <w:rFonts w:cs="Times New Roman"/>
          <w:i/>
          <w:iCs/>
          <w:szCs w:val="24"/>
          <w:lang w:val="cs-CZ"/>
        </w:rPr>
      </w:pPr>
    </w:p>
    <w:p w14:paraId="1F32976D" w14:textId="56B54EF8" w:rsidR="00FE7B43" w:rsidRPr="007F6CBB" w:rsidRDefault="00F16C4A" w:rsidP="00C47ACE">
      <w:pPr>
        <w:pStyle w:val="Odstavecseseznamem"/>
        <w:numPr>
          <w:ilvl w:val="0"/>
          <w:numId w:val="18"/>
        </w:numPr>
        <w:spacing w:line="240" w:lineRule="auto"/>
        <w:rPr>
          <w:rFonts w:cs="Times New Roman"/>
          <w:i/>
          <w:iCs/>
          <w:szCs w:val="24"/>
          <w:lang w:val="cs-CZ"/>
        </w:rPr>
      </w:pPr>
      <w:r w:rsidRPr="007F6CBB">
        <w:rPr>
          <w:rFonts w:cs="Times New Roman"/>
          <w:szCs w:val="24"/>
          <w:lang w:val="cs-CZ"/>
        </w:rPr>
        <w:t xml:space="preserve">Zásady péče o duševní zdraví. </w:t>
      </w:r>
    </w:p>
    <w:p w14:paraId="6FA79D9F" w14:textId="7BF20438" w:rsidR="00721647" w:rsidRPr="007F6CBB" w:rsidRDefault="00F16C4A" w:rsidP="009347CB">
      <w:pPr>
        <w:spacing w:line="240" w:lineRule="auto"/>
        <w:jc w:val="both"/>
        <w:rPr>
          <w:rFonts w:cs="Times New Roman"/>
          <w:i/>
          <w:szCs w:val="24"/>
          <w:lang w:val="cs-CZ"/>
        </w:rPr>
      </w:pPr>
      <w:r w:rsidRPr="007F6CBB">
        <w:rPr>
          <w:rFonts w:cs="Times New Roman"/>
          <w:szCs w:val="24"/>
          <w:lang w:val="cs-CZ"/>
        </w:rPr>
        <w:t xml:space="preserve">       </w:t>
      </w:r>
      <w:r w:rsidR="00DE7AEF">
        <w:rPr>
          <w:rFonts w:cs="Times New Roman"/>
          <w:szCs w:val="24"/>
          <w:lang w:val="cs-CZ"/>
        </w:rPr>
        <w:tab/>
      </w:r>
      <w:r w:rsidRPr="007F6CBB">
        <w:rPr>
          <w:rFonts w:cs="Times New Roman"/>
          <w:i/>
          <w:szCs w:val="24"/>
          <w:lang w:val="cs-CZ"/>
        </w:rPr>
        <w:t>Vysvětlete pojmy psychická zátěž, stres, syndrom vyhoření.</w:t>
      </w:r>
    </w:p>
    <w:p w14:paraId="45873A2D" w14:textId="0E98C54B" w:rsidR="00FE7B43" w:rsidRPr="007F6CBB" w:rsidRDefault="00721647" w:rsidP="009347CB">
      <w:pPr>
        <w:spacing w:line="240" w:lineRule="auto"/>
        <w:jc w:val="both"/>
        <w:rPr>
          <w:rFonts w:cs="Times New Roman"/>
          <w:szCs w:val="24"/>
          <w:lang w:val="cs-CZ"/>
        </w:rPr>
      </w:pPr>
      <w:r w:rsidRPr="007F6CBB">
        <w:rPr>
          <w:rFonts w:cs="Times New Roman"/>
          <w:i/>
          <w:szCs w:val="24"/>
          <w:lang w:val="cs-CZ"/>
        </w:rPr>
        <w:t xml:space="preserve">          </w:t>
      </w:r>
      <w:r w:rsidR="00DE7AEF">
        <w:rPr>
          <w:rFonts w:cs="Times New Roman"/>
          <w:i/>
          <w:szCs w:val="24"/>
          <w:lang w:val="cs-CZ"/>
        </w:rPr>
        <w:tab/>
      </w:r>
      <w:r w:rsidR="00F16C4A" w:rsidRPr="007F6CBB">
        <w:rPr>
          <w:rFonts w:cs="Times New Roman"/>
          <w:i/>
          <w:szCs w:val="24"/>
          <w:lang w:val="cs-CZ"/>
        </w:rPr>
        <w:t xml:space="preserve">Popište vhodné strategie překonání a prevence stresu a syndromu vyhoření. </w:t>
      </w:r>
    </w:p>
    <w:p w14:paraId="6FCFB712" w14:textId="15D585EC" w:rsidR="00FE7B43" w:rsidRPr="007F6CBB" w:rsidRDefault="00721647" w:rsidP="009347CB">
      <w:pPr>
        <w:spacing w:line="240" w:lineRule="auto"/>
        <w:jc w:val="both"/>
        <w:rPr>
          <w:rFonts w:cs="Times New Roman"/>
          <w:szCs w:val="24"/>
          <w:lang w:val="cs-CZ"/>
        </w:rPr>
      </w:pPr>
      <w:r w:rsidRPr="007F6CBB">
        <w:rPr>
          <w:rFonts w:cs="Times New Roman"/>
          <w:szCs w:val="24"/>
          <w:lang w:val="cs-CZ"/>
        </w:rPr>
        <w:t xml:space="preserve">       </w:t>
      </w:r>
      <w:r w:rsidRPr="007F6CBB">
        <w:rPr>
          <w:rFonts w:cs="Times New Roman"/>
          <w:i/>
          <w:szCs w:val="24"/>
          <w:lang w:val="cs-CZ"/>
        </w:rPr>
        <w:t xml:space="preserve">   </w:t>
      </w:r>
      <w:r w:rsidR="00DE7AEF">
        <w:rPr>
          <w:rFonts w:cs="Times New Roman"/>
          <w:i/>
          <w:szCs w:val="24"/>
          <w:lang w:val="cs-CZ"/>
        </w:rPr>
        <w:tab/>
      </w:r>
      <w:r w:rsidR="00F16C4A" w:rsidRPr="007F6CBB">
        <w:rPr>
          <w:rFonts w:cs="Times New Roman"/>
          <w:i/>
          <w:szCs w:val="24"/>
          <w:lang w:val="cs-CZ"/>
        </w:rPr>
        <w:t xml:space="preserve">Principy duševní hygieny v edukačním procesu. </w:t>
      </w:r>
    </w:p>
    <w:p w14:paraId="0EAF2EDE" w14:textId="77777777" w:rsidR="00FE7B43" w:rsidRPr="007F6CBB" w:rsidRDefault="00F16C4A" w:rsidP="00F16C4A">
      <w:pPr>
        <w:rPr>
          <w:rFonts w:cs="Times New Roman"/>
          <w:szCs w:val="24"/>
          <w:lang w:val="cs-CZ"/>
        </w:rPr>
      </w:pPr>
      <w:r w:rsidRPr="007F6CBB">
        <w:rPr>
          <w:rFonts w:cs="Times New Roman"/>
          <w:szCs w:val="24"/>
          <w:lang w:val="cs-CZ"/>
        </w:rPr>
        <w:br w:type="page"/>
      </w:r>
    </w:p>
    <w:p w14:paraId="71A5C1E7" w14:textId="77777777" w:rsidR="00FE7B43" w:rsidRPr="00C47ACE" w:rsidRDefault="00F16C4A" w:rsidP="00C47ACE">
      <w:pPr>
        <w:spacing w:before="160" w:line="240" w:lineRule="auto"/>
        <w:rPr>
          <w:sz w:val="28"/>
          <w:szCs w:val="24"/>
        </w:rPr>
      </w:pPr>
      <w:r w:rsidRPr="00C47ACE">
        <w:rPr>
          <w:b/>
          <w:sz w:val="28"/>
          <w:szCs w:val="24"/>
        </w:rPr>
        <w:lastRenderedPageBreak/>
        <w:t xml:space="preserve">Literatura a prameny ke studiu </w:t>
      </w:r>
    </w:p>
    <w:p w14:paraId="6E8C70F4" w14:textId="77777777" w:rsidR="009347CB" w:rsidRPr="00B33DC5" w:rsidRDefault="00F16C4A" w:rsidP="00C47ACE">
      <w:pPr>
        <w:spacing w:line="276" w:lineRule="auto"/>
        <w:rPr>
          <w:b/>
          <w:lang w:val="cs-CZ"/>
        </w:rPr>
      </w:pPr>
      <w:r>
        <w:rPr>
          <w:sz w:val="16"/>
        </w:rPr>
        <w:t xml:space="preserve"> </w:t>
      </w:r>
      <w:r w:rsidRPr="00B33DC5">
        <w:rPr>
          <w:lang w:val="cs-CZ"/>
        </w:rPr>
        <w:br/>
      </w:r>
      <w:r w:rsidRPr="00B33DC5">
        <w:rPr>
          <w:b/>
          <w:lang w:val="cs-CZ"/>
        </w:rPr>
        <w:t>Základní</w:t>
      </w:r>
      <w:r w:rsidR="00C47ACE" w:rsidRPr="00B33DC5">
        <w:rPr>
          <w:b/>
          <w:lang w:val="cs-CZ"/>
        </w:rPr>
        <w:t xml:space="preserve"> </w:t>
      </w:r>
      <w:r w:rsidRPr="00B33DC5">
        <w:rPr>
          <w:b/>
          <w:lang w:val="cs-CZ"/>
        </w:rPr>
        <w:t xml:space="preserve">literatura </w:t>
      </w:r>
    </w:p>
    <w:p w14:paraId="34BA526A" w14:textId="23B19421" w:rsidR="005D6FF0" w:rsidRPr="00F35D17" w:rsidRDefault="00F16C4A" w:rsidP="009347CB">
      <w:pPr>
        <w:spacing w:line="276" w:lineRule="auto"/>
        <w:jc w:val="both"/>
        <w:rPr>
          <w:rFonts w:eastAsia="Times New Roman" w:cs="Times New Roman"/>
          <w:szCs w:val="24"/>
          <w:lang w:val="cs-CZ"/>
        </w:rPr>
      </w:pPr>
      <w:r>
        <w:br/>
      </w:r>
      <w:r w:rsidR="005D6FF0" w:rsidRPr="00F35D17">
        <w:rPr>
          <w:rFonts w:eastAsia="Times New Roman" w:cs="Times New Roman"/>
          <w:szCs w:val="24"/>
          <w:lang w:val="cs-CZ"/>
        </w:rPr>
        <w:t xml:space="preserve">HAYESOVÁ, N., 2013. </w:t>
      </w:r>
      <w:r w:rsidR="005D6FF0" w:rsidRPr="00F35D17">
        <w:rPr>
          <w:rFonts w:eastAsia="Times New Roman" w:cs="Times New Roman"/>
          <w:i/>
          <w:iCs/>
          <w:szCs w:val="24"/>
          <w:lang w:val="cs-CZ"/>
        </w:rPr>
        <w:t>Sociální psychologie</w:t>
      </w:r>
      <w:r w:rsidR="005D6FF0" w:rsidRPr="00F35D17">
        <w:rPr>
          <w:rFonts w:eastAsia="Times New Roman" w:cs="Times New Roman"/>
          <w:szCs w:val="24"/>
          <w:lang w:val="cs-CZ"/>
        </w:rPr>
        <w:t>. 4. vydání. Praha: Portál. ISBN 978-80-262-0471-8.</w:t>
      </w:r>
    </w:p>
    <w:p w14:paraId="6AF8879E" w14:textId="77777777" w:rsidR="005D6FF0" w:rsidRPr="00F35D17" w:rsidRDefault="005D6FF0" w:rsidP="009347CB">
      <w:pPr>
        <w:spacing w:line="276" w:lineRule="auto"/>
        <w:jc w:val="both"/>
        <w:rPr>
          <w:rFonts w:eastAsia="Times New Roman" w:cs="Times New Roman"/>
          <w:szCs w:val="24"/>
          <w:lang w:val="cs-CZ"/>
        </w:rPr>
      </w:pPr>
      <w:r w:rsidRPr="00F35D17">
        <w:rPr>
          <w:rFonts w:eastAsia="Times New Roman" w:cs="Times New Roman"/>
          <w:szCs w:val="24"/>
          <w:lang w:val="cs-CZ"/>
        </w:rPr>
        <w:t xml:space="preserve">HELUS, Z., 2015. </w:t>
      </w:r>
      <w:r w:rsidRPr="00F35D17">
        <w:rPr>
          <w:rFonts w:eastAsia="Times New Roman" w:cs="Times New Roman"/>
          <w:i/>
          <w:iCs/>
          <w:szCs w:val="24"/>
          <w:lang w:val="cs-CZ"/>
        </w:rPr>
        <w:t>Sociální psychologie pro pedagogy</w:t>
      </w:r>
      <w:r w:rsidRPr="00F35D17">
        <w:rPr>
          <w:rFonts w:eastAsia="Times New Roman" w:cs="Times New Roman"/>
          <w:szCs w:val="24"/>
          <w:lang w:val="cs-CZ"/>
        </w:rPr>
        <w:t>. 2., přepracované a doplněné vydání. Praha: Grada. Pedagogika. ISBN 978-80-247-4674-6.</w:t>
      </w:r>
    </w:p>
    <w:p w14:paraId="5B77B3CE" w14:textId="77777777" w:rsidR="005D6FF0" w:rsidRPr="00F35D17" w:rsidRDefault="005D6FF0" w:rsidP="009347CB">
      <w:pPr>
        <w:spacing w:line="276" w:lineRule="auto"/>
        <w:jc w:val="both"/>
        <w:rPr>
          <w:rFonts w:eastAsia="Times New Roman" w:cs="Times New Roman"/>
          <w:szCs w:val="24"/>
          <w:lang w:val="cs-CZ"/>
        </w:rPr>
      </w:pPr>
      <w:r w:rsidRPr="00F35D17">
        <w:rPr>
          <w:rFonts w:eastAsia="Times New Roman" w:cs="Times New Roman"/>
          <w:szCs w:val="24"/>
          <w:lang w:val="cs-CZ"/>
        </w:rPr>
        <w:t xml:space="preserve">LEMROVÁ, S. a kol., 2024. </w:t>
      </w:r>
      <w:r w:rsidRPr="00F35D17">
        <w:rPr>
          <w:rFonts w:eastAsia="Times New Roman" w:cs="Times New Roman"/>
          <w:i/>
          <w:iCs/>
          <w:szCs w:val="24"/>
          <w:lang w:val="cs-CZ"/>
        </w:rPr>
        <w:t>Pedagogická psychologie</w:t>
      </w:r>
      <w:r w:rsidRPr="00F35D17">
        <w:rPr>
          <w:rFonts w:eastAsia="Times New Roman" w:cs="Times New Roman"/>
          <w:szCs w:val="24"/>
          <w:lang w:val="cs-CZ"/>
        </w:rPr>
        <w:t>. Praha: Grada. Pedagogika. ISBN 978-80-271-1713-0.</w:t>
      </w:r>
    </w:p>
    <w:p w14:paraId="1A39C5F9" w14:textId="77777777" w:rsidR="005D6FF0" w:rsidRPr="00F35D17" w:rsidRDefault="005D6FF0" w:rsidP="009347CB">
      <w:pPr>
        <w:spacing w:line="276" w:lineRule="auto"/>
        <w:jc w:val="both"/>
        <w:rPr>
          <w:rFonts w:eastAsia="Times New Roman" w:cs="Times New Roman"/>
          <w:szCs w:val="24"/>
          <w:lang w:val="cs-CZ"/>
        </w:rPr>
      </w:pPr>
      <w:r w:rsidRPr="00F35D17">
        <w:rPr>
          <w:rFonts w:eastAsia="Times New Roman" w:cs="Times New Roman"/>
          <w:szCs w:val="24"/>
          <w:lang w:val="cs-CZ"/>
        </w:rPr>
        <w:t>PLEVOVÁ, I. Vybrané kapitoly z obecné psychologie. Olomouc: UP, 2013. ISBN 978-80-86768-69-4.</w:t>
      </w:r>
    </w:p>
    <w:p w14:paraId="356C96A8" w14:textId="77777777" w:rsidR="005D6FF0" w:rsidRPr="00F35D17" w:rsidRDefault="005D6FF0" w:rsidP="009347CB">
      <w:pPr>
        <w:spacing w:line="276" w:lineRule="auto"/>
        <w:jc w:val="both"/>
        <w:rPr>
          <w:rFonts w:eastAsia="Times New Roman" w:cs="Times New Roman"/>
          <w:szCs w:val="24"/>
          <w:lang w:val="cs-CZ"/>
        </w:rPr>
      </w:pPr>
      <w:r w:rsidRPr="00F35D17">
        <w:rPr>
          <w:rFonts w:eastAsia="Times New Roman" w:cs="Times New Roman"/>
          <w:szCs w:val="24"/>
          <w:lang w:val="cs-CZ"/>
        </w:rPr>
        <w:t>PLEVOVÁ, I. Vybrané kapitoly z vývojové psychologie. Olomouc: UP, 2013. ISBN 978-80-86768-68-7.</w:t>
      </w:r>
    </w:p>
    <w:p w14:paraId="21DC8386" w14:textId="77777777" w:rsidR="005D6FF0" w:rsidRPr="00F35D17" w:rsidRDefault="005D6FF0" w:rsidP="009347CB">
      <w:pPr>
        <w:spacing w:line="276" w:lineRule="auto"/>
        <w:jc w:val="both"/>
        <w:rPr>
          <w:rFonts w:eastAsia="Times New Roman" w:cs="Times New Roman"/>
          <w:szCs w:val="24"/>
          <w:lang w:val="cs-CZ"/>
        </w:rPr>
      </w:pPr>
      <w:r w:rsidRPr="00F35D17">
        <w:rPr>
          <w:rFonts w:eastAsia="Times New Roman" w:cs="Times New Roman"/>
          <w:szCs w:val="24"/>
          <w:lang w:val="cs-CZ"/>
        </w:rPr>
        <w:t xml:space="preserve">PLEVOVÁ, I. Psychologické metody pro výchovné poradce. </w:t>
      </w:r>
      <w:r w:rsidRPr="00F35D17">
        <w:rPr>
          <w:rFonts w:eastAsia="Times New Roman" w:cs="Times New Roman"/>
          <w:szCs w:val="24"/>
          <w:lang w:val="cs-CZ"/>
        </w:rPr>
        <w:t>CD-ROM</w:t>
      </w:r>
      <w:r w:rsidRPr="00F35D17">
        <w:rPr>
          <w:rFonts w:eastAsia="Times New Roman" w:cs="Times New Roman"/>
          <w:szCs w:val="24"/>
          <w:lang w:val="cs-CZ"/>
        </w:rPr>
        <w:t>. Olomouc: UP, 2017. ISBN 978-80-244-5229-6.</w:t>
      </w:r>
    </w:p>
    <w:p w14:paraId="23AE7303" w14:textId="77777777" w:rsidR="005D6FF0" w:rsidRPr="00F35D17" w:rsidRDefault="005D6FF0" w:rsidP="009347CB">
      <w:pPr>
        <w:spacing w:line="276" w:lineRule="auto"/>
        <w:jc w:val="both"/>
        <w:rPr>
          <w:rFonts w:eastAsia="Times New Roman" w:cs="Times New Roman"/>
          <w:szCs w:val="24"/>
          <w:lang w:val="cs-CZ"/>
        </w:rPr>
      </w:pPr>
      <w:r w:rsidRPr="00F35D17">
        <w:rPr>
          <w:rFonts w:eastAsia="Times New Roman" w:cs="Times New Roman"/>
          <w:szCs w:val="24"/>
          <w:lang w:val="cs-CZ"/>
        </w:rPr>
        <w:t>PUGNEROVÁ, M. a kol. Psychologie: pro studenty pedagogických oborů. Praha: Grada, 2019. ISBN 978-80-271-0532-8.</w:t>
      </w:r>
    </w:p>
    <w:p w14:paraId="767F10EE" w14:textId="71B40F08" w:rsidR="005D6FF0" w:rsidRPr="00F35D17" w:rsidRDefault="005D6FF0" w:rsidP="009347CB">
      <w:pPr>
        <w:spacing w:line="276" w:lineRule="auto"/>
        <w:jc w:val="both"/>
        <w:rPr>
          <w:rFonts w:eastAsia="Times New Roman" w:cs="Times New Roman"/>
          <w:szCs w:val="24"/>
          <w:lang w:val="cs-CZ"/>
        </w:rPr>
      </w:pPr>
      <w:r w:rsidRPr="00F35D17">
        <w:rPr>
          <w:rFonts w:eastAsia="Times New Roman" w:cs="Times New Roman"/>
          <w:szCs w:val="24"/>
          <w:lang w:val="cs-CZ"/>
        </w:rPr>
        <w:t>URBANOVSKÁ, E. Sociální a pedagogická psychologie. Olomouc: UP, 2006. ISBN 80-244-1410-</w:t>
      </w:r>
      <w:r w:rsidR="009347CB" w:rsidRPr="00F35D17">
        <w:rPr>
          <w:rFonts w:eastAsia="Times New Roman" w:cs="Times New Roman"/>
          <w:szCs w:val="24"/>
          <w:lang w:val="cs-CZ"/>
        </w:rPr>
        <w:t>4</w:t>
      </w:r>
      <w:r w:rsidRPr="00F35D17">
        <w:rPr>
          <w:rFonts w:eastAsia="Times New Roman" w:cs="Times New Roman"/>
          <w:szCs w:val="24"/>
          <w:lang w:val="cs-CZ"/>
        </w:rPr>
        <w:t>.</w:t>
      </w:r>
    </w:p>
    <w:p w14:paraId="03B9684F" w14:textId="77777777" w:rsidR="005D6FF0" w:rsidRPr="00F35D17" w:rsidRDefault="005D6FF0" w:rsidP="009347CB">
      <w:pPr>
        <w:spacing w:line="276" w:lineRule="auto"/>
        <w:jc w:val="both"/>
        <w:rPr>
          <w:rFonts w:eastAsia="Times New Roman" w:cs="Times New Roman"/>
          <w:szCs w:val="24"/>
          <w:lang w:val="cs-CZ"/>
        </w:rPr>
      </w:pPr>
      <w:r w:rsidRPr="00F35D17">
        <w:rPr>
          <w:rFonts w:eastAsia="Times New Roman" w:cs="Times New Roman"/>
          <w:szCs w:val="24"/>
          <w:lang w:val="cs-CZ"/>
        </w:rPr>
        <w:t>URBANOVSKÁ, E. Sociální psychologie a psychologie zdraví. Opava: Slezská univerzita v Opavě, Fakulta veřejných politik, 2019.</w:t>
      </w:r>
    </w:p>
    <w:p w14:paraId="7AE35D43" w14:textId="77777777" w:rsidR="005D6FF0" w:rsidRPr="00F35D17" w:rsidRDefault="005D6FF0" w:rsidP="009347CB">
      <w:pPr>
        <w:spacing w:line="276" w:lineRule="auto"/>
        <w:jc w:val="both"/>
        <w:rPr>
          <w:rFonts w:eastAsia="Times New Roman" w:cs="Times New Roman"/>
          <w:szCs w:val="24"/>
          <w:lang w:val="cs-CZ"/>
        </w:rPr>
      </w:pPr>
      <w:r w:rsidRPr="00F35D17">
        <w:rPr>
          <w:rFonts w:eastAsia="Times New Roman" w:cs="Times New Roman"/>
          <w:szCs w:val="24"/>
          <w:lang w:val="cs-CZ"/>
        </w:rPr>
        <w:t>URBANOVSKÁ, E. Pedagogická a školní psychologie. Opava: Slezská univerzita v Opavě, Fakulta veřejných politik, 2018.</w:t>
      </w:r>
    </w:p>
    <w:p w14:paraId="7F7DC6E0" w14:textId="77777777" w:rsidR="005D6FF0" w:rsidRPr="00F35D17" w:rsidRDefault="005D6FF0" w:rsidP="009347CB">
      <w:pPr>
        <w:spacing w:line="276" w:lineRule="auto"/>
        <w:jc w:val="both"/>
        <w:rPr>
          <w:rFonts w:eastAsia="Times New Roman" w:cs="Times New Roman"/>
          <w:szCs w:val="24"/>
          <w:lang w:val="cs-CZ"/>
        </w:rPr>
      </w:pPr>
      <w:r w:rsidRPr="00F35D17">
        <w:rPr>
          <w:rFonts w:eastAsia="Times New Roman" w:cs="Times New Roman"/>
          <w:szCs w:val="24"/>
          <w:lang w:val="cs-CZ"/>
        </w:rPr>
        <w:t>Doporučená literatura</w:t>
      </w:r>
    </w:p>
    <w:p w14:paraId="1743832D" w14:textId="77777777" w:rsidR="005D6FF0" w:rsidRPr="00F35D17" w:rsidRDefault="005D6FF0" w:rsidP="009347CB">
      <w:pPr>
        <w:spacing w:line="276" w:lineRule="auto"/>
        <w:jc w:val="both"/>
        <w:rPr>
          <w:rFonts w:eastAsia="Times New Roman" w:cs="Times New Roman"/>
          <w:szCs w:val="24"/>
          <w:lang w:val="cs-CZ"/>
        </w:rPr>
      </w:pPr>
      <w:r w:rsidRPr="00F35D17">
        <w:rPr>
          <w:rFonts w:eastAsia="Times New Roman" w:cs="Times New Roman"/>
          <w:szCs w:val="24"/>
          <w:lang w:val="cs-CZ"/>
        </w:rPr>
        <w:t>MAREŠ, J. Pedagogická psychologie. Praha: Portál, 2013. ISBN 978-80-262-0174-8.</w:t>
      </w:r>
    </w:p>
    <w:p w14:paraId="140C1C4F" w14:textId="77777777" w:rsidR="005D6FF0" w:rsidRPr="00F35D17" w:rsidRDefault="005D6FF0" w:rsidP="009347CB">
      <w:pPr>
        <w:spacing w:line="276" w:lineRule="auto"/>
        <w:jc w:val="both"/>
        <w:rPr>
          <w:rFonts w:eastAsia="Times New Roman" w:cs="Times New Roman"/>
          <w:szCs w:val="24"/>
          <w:lang w:val="cs-CZ"/>
        </w:rPr>
      </w:pPr>
      <w:r w:rsidRPr="00F35D17">
        <w:rPr>
          <w:rFonts w:eastAsia="Times New Roman" w:cs="Times New Roman"/>
          <w:szCs w:val="24"/>
          <w:lang w:val="cs-CZ"/>
        </w:rPr>
        <w:t>PLHÁKOVÁ, A. Učebnice obecné psychologie. Praha: Academia, 2003. ISBN 80-200-1387-3.</w:t>
      </w:r>
    </w:p>
    <w:p w14:paraId="2FA6B6B3" w14:textId="77777777" w:rsidR="005D6FF0" w:rsidRPr="00F35D17" w:rsidRDefault="005D6FF0" w:rsidP="009347CB">
      <w:pPr>
        <w:spacing w:line="276" w:lineRule="auto"/>
        <w:jc w:val="both"/>
        <w:rPr>
          <w:rFonts w:eastAsia="Times New Roman" w:cs="Times New Roman"/>
          <w:szCs w:val="24"/>
          <w:lang w:val="cs-CZ"/>
        </w:rPr>
      </w:pPr>
      <w:r w:rsidRPr="00F35D17">
        <w:rPr>
          <w:rFonts w:eastAsia="Times New Roman" w:cs="Times New Roman"/>
          <w:szCs w:val="24"/>
          <w:lang w:val="cs-CZ"/>
        </w:rPr>
        <w:t>VACEK, P. Pedagogická psychologie. Hradec Králové: Gaudeamus, 2017. ISBN 978-80-7435-684-1.</w:t>
      </w:r>
    </w:p>
    <w:p w14:paraId="29BBCD1E" w14:textId="77777777" w:rsidR="005D6FF0" w:rsidRPr="00F35D17" w:rsidRDefault="005D6FF0" w:rsidP="009347CB">
      <w:pPr>
        <w:spacing w:line="276" w:lineRule="auto"/>
        <w:jc w:val="both"/>
        <w:rPr>
          <w:rFonts w:eastAsia="Times New Roman" w:cs="Times New Roman"/>
          <w:szCs w:val="24"/>
          <w:lang w:val="cs-CZ"/>
        </w:rPr>
      </w:pPr>
      <w:r w:rsidRPr="00F35D17">
        <w:rPr>
          <w:rFonts w:eastAsia="Times New Roman" w:cs="Times New Roman"/>
          <w:szCs w:val="24"/>
          <w:lang w:val="cs-CZ"/>
        </w:rPr>
        <w:t>VÁGNEROVÁ, M. Vývojová psychologie dětství a dospívání. Praha: Karolinum, 2012.</w:t>
      </w:r>
    </w:p>
    <w:p w14:paraId="24B8B471" w14:textId="6AA03284" w:rsidR="005D6FF0" w:rsidRPr="00F35D17" w:rsidRDefault="005D6FF0" w:rsidP="009347CB">
      <w:pPr>
        <w:spacing w:line="276" w:lineRule="auto"/>
        <w:jc w:val="both"/>
        <w:rPr>
          <w:rFonts w:eastAsia="Times New Roman" w:cs="Times New Roman"/>
          <w:sz w:val="20"/>
          <w:szCs w:val="20"/>
          <w:lang w:val="cs-CZ"/>
        </w:rPr>
      </w:pPr>
      <w:r w:rsidRPr="00F35D17">
        <w:rPr>
          <w:rFonts w:eastAsia="Times New Roman" w:cs="Times New Roman"/>
          <w:szCs w:val="24"/>
          <w:lang w:val="cs-CZ"/>
        </w:rPr>
        <w:t>VÝROST, J., SLAMĚNÍK, I. Sociální psychologie. Praha: Grada, 2008. ISBN 978-80-247-1428-8.</w:t>
      </w:r>
      <w:r w:rsidR="00C625F5" w:rsidRPr="00F35D17">
        <w:rPr>
          <w:rFonts w:eastAsia="Times New Roman" w:cs="Times New Roman"/>
          <w:szCs w:val="24"/>
          <w:lang w:val="cs-CZ"/>
        </w:rPr>
        <w:t>4</w:t>
      </w:r>
    </w:p>
    <w:p w14:paraId="5CEF23E6" w14:textId="6BE529C2" w:rsidR="005D6FF0" w:rsidRPr="005D6FF0" w:rsidRDefault="005D6FF0" w:rsidP="005D6FF0">
      <w:pPr>
        <w:spacing w:line="240" w:lineRule="auto"/>
        <w:rPr>
          <w:rFonts w:asciiTheme="minorHAnsi" w:eastAsia="Times New Roman" w:hAnsiTheme="minorHAnsi" w:cs="Times New Roman"/>
          <w:sz w:val="22"/>
          <w:lang w:val="cs-CZ"/>
        </w:rPr>
      </w:pPr>
    </w:p>
    <w:p w14:paraId="2298EE22" w14:textId="77777777" w:rsidR="00034AAE" w:rsidRPr="00B33DC5" w:rsidRDefault="00F16C4A" w:rsidP="009347CB">
      <w:pPr>
        <w:spacing w:before="98" w:line="276" w:lineRule="auto"/>
        <w:rPr>
          <w:b/>
          <w:lang w:val="cs-CZ"/>
        </w:rPr>
      </w:pPr>
      <w:r w:rsidRPr="00B33DC5">
        <w:rPr>
          <w:sz w:val="16"/>
          <w:lang w:val="cs-CZ"/>
        </w:rPr>
        <w:t xml:space="preserve"> </w:t>
      </w:r>
      <w:r w:rsidRPr="00B33DC5">
        <w:rPr>
          <w:b/>
          <w:lang w:val="cs-CZ"/>
        </w:rPr>
        <w:t>Doporučená</w:t>
      </w:r>
      <w:r w:rsidR="00C47ACE" w:rsidRPr="00B33DC5">
        <w:rPr>
          <w:b/>
          <w:lang w:val="cs-CZ"/>
        </w:rPr>
        <w:t xml:space="preserve"> </w:t>
      </w:r>
      <w:r w:rsidRPr="00B33DC5">
        <w:rPr>
          <w:b/>
          <w:lang w:val="cs-CZ"/>
        </w:rPr>
        <w:t xml:space="preserve">literatura </w:t>
      </w:r>
    </w:p>
    <w:p w14:paraId="0AE22D5C" w14:textId="77777777" w:rsidR="00034AAE" w:rsidRPr="00BC5986" w:rsidRDefault="00F16C4A" w:rsidP="00034AAE">
      <w:pPr>
        <w:spacing w:before="98" w:line="276" w:lineRule="auto"/>
        <w:jc w:val="both"/>
        <w:rPr>
          <w:lang w:val="cs-CZ"/>
        </w:rPr>
      </w:pPr>
      <w:r>
        <w:br/>
        <w:t xml:space="preserve">MAREŠ, J. </w:t>
      </w:r>
      <w:r>
        <w:rPr>
          <w:i/>
        </w:rPr>
        <w:t>Pedagogická psychologie</w:t>
      </w:r>
      <w:r>
        <w:t xml:space="preserve">. Praha: Portál, 2013. ISBN 978-80-262-0174-8. </w:t>
      </w:r>
      <w:r>
        <w:br/>
        <w:t xml:space="preserve">PLHÁKOVÁ, A. </w:t>
      </w:r>
      <w:r>
        <w:rPr>
          <w:i/>
        </w:rPr>
        <w:t>Učebnice obecné psychologie</w:t>
      </w:r>
      <w:r>
        <w:t xml:space="preserve">. Praha: Academia, 2003. ISBN 80-200-1387-3. </w:t>
      </w:r>
      <w:r>
        <w:br/>
        <w:t xml:space="preserve">VACEK, P. </w:t>
      </w:r>
      <w:r>
        <w:rPr>
          <w:i/>
        </w:rPr>
        <w:t>Pedagogická psychologie</w:t>
      </w:r>
      <w:r>
        <w:t xml:space="preserve">. Hradec Králové: Gaudeamus, 2017. ISBN 978-80-7435-684-1. </w:t>
      </w:r>
      <w:r>
        <w:br/>
        <w:t xml:space="preserve">VÁGNEROVÁ, M. </w:t>
      </w:r>
      <w:r>
        <w:rPr>
          <w:i/>
        </w:rPr>
        <w:t>Vývojová psychologie dětství a dospívání</w:t>
      </w:r>
      <w:r>
        <w:t xml:space="preserve">. Praha: Karolinum, 2012. </w:t>
      </w:r>
      <w:r>
        <w:br/>
        <w:t xml:space="preserve">VÝROST, J., SLAMĚNÍK, I. </w:t>
      </w:r>
      <w:r>
        <w:rPr>
          <w:i/>
        </w:rPr>
        <w:t>Sociální psychologie</w:t>
      </w:r>
      <w:r>
        <w:t>. Praha: Grada, 2008. ISBN 978-80-247-</w:t>
      </w:r>
      <w:r>
        <w:lastRenderedPageBreak/>
        <w:t xml:space="preserve">1428-8. </w:t>
      </w:r>
      <w:r>
        <w:br/>
      </w:r>
      <w:r>
        <w:br/>
      </w:r>
      <w:r w:rsidRPr="00344BF7">
        <w:rPr>
          <w:sz w:val="22"/>
          <w:szCs w:val="20"/>
        </w:rPr>
        <w:t xml:space="preserve"> </w:t>
      </w:r>
      <w:r w:rsidRPr="00344BF7">
        <w:rPr>
          <w:b/>
          <w:sz w:val="28"/>
          <w:szCs w:val="20"/>
          <w:lang w:val="cs-CZ"/>
        </w:rPr>
        <w:t xml:space="preserve">Didaktika praktického vyučování zdravotnických předmětů </w:t>
      </w:r>
    </w:p>
    <w:p w14:paraId="47F3BEF1" w14:textId="77777777" w:rsidR="0027758C" w:rsidRPr="00BC5986" w:rsidRDefault="00F16C4A" w:rsidP="00BC5986">
      <w:pPr>
        <w:pStyle w:val="Odstavecseseznamem"/>
        <w:numPr>
          <w:ilvl w:val="0"/>
          <w:numId w:val="23"/>
        </w:numPr>
        <w:spacing w:before="113" w:after="120"/>
        <w:ind w:left="487" w:hanging="357"/>
        <w:jc w:val="both"/>
        <w:rPr>
          <w:lang w:val="cs-CZ"/>
        </w:rPr>
      </w:pPr>
      <w:r w:rsidRPr="00BC5986">
        <w:rPr>
          <w:lang w:val="cs-CZ"/>
        </w:rPr>
        <w:t xml:space="preserve">Základní pojmy didaktiky praktického vyučování zdravotnických předmětů – obecná didaktika, oborová didaktika, předmětová didaktika, didaktika teoretického a praktického vyučování, vědomost, schopnost, dovednost, nácvik a návyk. </w:t>
      </w:r>
    </w:p>
    <w:p w14:paraId="48D1A273" w14:textId="77777777" w:rsidR="0027758C" w:rsidRPr="00BC5986" w:rsidRDefault="00F16C4A" w:rsidP="00BC5986">
      <w:pPr>
        <w:pStyle w:val="Odstavecseseznamem"/>
        <w:numPr>
          <w:ilvl w:val="0"/>
          <w:numId w:val="23"/>
        </w:numPr>
        <w:spacing w:before="110" w:after="120"/>
        <w:ind w:left="487" w:hanging="357"/>
        <w:jc w:val="both"/>
        <w:rPr>
          <w:lang w:val="cs-CZ"/>
        </w:rPr>
      </w:pPr>
      <w:r w:rsidRPr="00BC5986">
        <w:rPr>
          <w:lang w:val="cs-CZ"/>
        </w:rPr>
        <w:t>Základní pedagogické dokumenty a jejich význam pro praktické vyučování zdravotnických</w:t>
      </w:r>
      <w:r w:rsidR="0027758C" w:rsidRPr="00BC5986">
        <w:rPr>
          <w:lang w:val="cs-CZ"/>
        </w:rPr>
        <w:t xml:space="preserve"> </w:t>
      </w:r>
      <w:r w:rsidRPr="00BC5986">
        <w:rPr>
          <w:lang w:val="cs-CZ"/>
        </w:rPr>
        <w:t xml:space="preserve">předmětů. </w:t>
      </w:r>
    </w:p>
    <w:p w14:paraId="117F6942" w14:textId="77777777" w:rsidR="0027758C" w:rsidRPr="00BC5986" w:rsidRDefault="00F16C4A" w:rsidP="00BC5986">
      <w:pPr>
        <w:pStyle w:val="Odstavecseseznamem"/>
        <w:numPr>
          <w:ilvl w:val="0"/>
          <w:numId w:val="23"/>
        </w:numPr>
        <w:spacing w:before="110" w:after="120"/>
        <w:ind w:left="487" w:hanging="357"/>
        <w:jc w:val="both"/>
        <w:rPr>
          <w:lang w:val="cs-CZ"/>
        </w:rPr>
      </w:pPr>
      <w:r w:rsidRPr="00BC5986">
        <w:rPr>
          <w:lang w:val="cs-CZ"/>
        </w:rPr>
        <w:t xml:space="preserve">Praktické dovednosti žáků středních škol zdravotnického zaměření. </w:t>
      </w:r>
    </w:p>
    <w:p w14:paraId="3571EBD8" w14:textId="5122C244" w:rsidR="0027758C" w:rsidRPr="00BC5986" w:rsidRDefault="00F16C4A" w:rsidP="00BC5986">
      <w:pPr>
        <w:pStyle w:val="Odstavecseseznamem"/>
        <w:numPr>
          <w:ilvl w:val="0"/>
          <w:numId w:val="23"/>
        </w:numPr>
        <w:spacing w:before="113" w:after="120"/>
        <w:ind w:left="487" w:hanging="357"/>
        <w:jc w:val="both"/>
        <w:rPr>
          <w:lang w:val="cs-CZ"/>
        </w:rPr>
      </w:pPr>
      <w:r w:rsidRPr="00BC5986">
        <w:rPr>
          <w:lang w:val="cs-CZ"/>
        </w:rPr>
        <w:t xml:space="preserve">Využití mezipředmětových a </w:t>
      </w:r>
      <w:proofErr w:type="spellStart"/>
      <w:r w:rsidRPr="00BC5986">
        <w:rPr>
          <w:lang w:val="cs-CZ"/>
        </w:rPr>
        <w:t>vnitropředmětových</w:t>
      </w:r>
      <w:proofErr w:type="spellEnd"/>
      <w:r w:rsidRPr="00BC5986">
        <w:rPr>
          <w:lang w:val="cs-CZ"/>
        </w:rPr>
        <w:t xml:space="preserve"> vztahů ve zdravotnických předmětech, jejich význam pro praktické vyučování. Literární a další prameny pro výuku zdravotnických</w:t>
      </w:r>
      <w:r w:rsidR="00BC5986">
        <w:rPr>
          <w:lang w:val="cs-CZ"/>
        </w:rPr>
        <w:t xml:space="preserve"> </w:t>
      </w:r>
      <w:r w:rsidRPr="00BC5986">
        <w:rPr>
          <w:lang w:val="cs-CZ"/>
        </w:rPr>
        <w:t xml:space="preserve">předmětů na středních školách. </w:t>
      </w:r>
    </w:p>
    <w:p w14:paraId="63A8FD90" w14:textId="77777777" w:rsidR="0027758C" w:rsidRPr="00BC5986" w:rsidRDefault="00F16C4A" w:rsidP="00BC5986">
      <w:pPr>
        <w:pStyle w:val="Odstavecseseznamem"/>
        <w:numPr>
          <w:ilvl w:val="0"/>
          <w:numId w:val="23"/>
        </w:numPr>
        <w:spacing w:before="113" w:after="120"/>
        <w:ind w:left="487" w:hanging="357"/>
        <w:jc w:val="both"/>
        <w:rPr>
          <w:lang w:val="cs-CZ"/>
        </w:rPr>
      </w:pPr>
      <w:r w:rsidRPr="00BC5986">
        <w:rPr>
          <w:lang w:val="cs-CZ"/>
        </w:rPr>
        <w:t xml:space="preserve">Osobnost učitele praktického vyučování zdravotnických předmětů. </w:t>
      </w:r>
    </w:p>
    <w:p w14:paraId="5344B5A7" w14:textId="77777777" w:rsidR="0027758C" w:rsidRPr="00BC5986" w:rsidRDefault="00F16C4A" w:rsidP="00BC5986">
      <w:pPr>
        <w:pStyle w:val="Odstavecseseznamem"/>
        <w:numPr>
          <w:ilvl w:val="0"/>
          <w:numId w:val="23"/>
        </w:numPr>
        <w:spacing w:before="113" w:after="120"/>
        <w:ind w:left="487" w:hanging="357"/>
        <w:jc w:val="both"/>
        <w:rPr>
          <w:lang w:val="cs-CZ"/>
        </w:rPr>
      </w:pPr>
      <w:r w:rsidRPr="00BC5986">
        <w:rPr>
          <w:lang w:val="cs-CZ"/>
        </w:rPr>
        <w:t xml:space="preserve">Organizace praktického vyučování na středních školách zdravotnického zaměření. Specifika práce ve zdravotnických zařízeních. </w:t>
      </w:r>
    </w:p>
    <w:p w14:paraId="2785E8C8" w14:textId="77777777" w:rsidR="0027758C" w:rsidRPr="00BC5986" w:rsidRDefault="00F16C4A" w:rsidP="00BC5986">
      <w:pPr>
        <w:pStyle w:val="Odstavecseseznamem"/>
        <w:numPr>
          <w:ilvl w:val="0"/>
          <w:numId w:val="23"/>
        </w:numPr>
        <w:spacing w:before="110" w:after="120"/>
        <w:ind w:left="487" w:hanging="357"/>
        <w:jc w:val="both"/>
        <w:rPr>
          <w:lang w:val="cs-CZ"/>
        </w:rPr>
      </w:pPr>
      <w:r w:rsidRPr="00BC5986">
        <w:rPr>
          <w:lang w:val="cs-CZ"/>
        </w:rPr>
        <w:t>Výchovně vzdělávací cíle praktického vyučování zdravotnických předmětů. Determinace cílů. Taxonomie a konkretizace cílů v obsahu zdravotnického vzdělávání.</w:t>
      </w:r>
    </w:p>
    <w:p w14:paraId="4B3DEFD8" w14:textId="77777777" w:rsidR="008910BB" w:rsidRPr="00BC5986" w:rsidRDefault="00F16C4A" w:rsidP="00BC5986">
      <w:pPr>
        <w:pStyle w:val="Odstavecseseznamem"/>
        <w:numPr>
          <w:ilvl w:val="0"/>
          <w:numId w:val="23"/>
        </w:numPr>
        <w:spacing w:before="110" w:after="120"/>
        <w:ind w:left="487" w:hanging="357"/>
        <w:jc w:val="both"/>
        <w:rPr>
          <w:lang w:val="cs-CZ"/>
        </w:rPr>
      </w:pPr>
      <w:r w:rsidRPr="00BC5986">
        <w:rPr>
          <w:lang w:val="cs-CZ"/>
        </w:rPr>
        <w:t xml:space="preserve">Didaktické zásady v praktickém vyučování zdravotnických předmětů. </w:t>
      </w:r>
    </w:p>
    <w:p w14:paraId="2400B0F2" w14:textId="77777777" w:rsidR="008910BB" w:rsidRPr="00BC5986" w:rsidRDefault="00F16C4A" w:rsidP="00BC5986">
      <w:pPr>
        <w:pStyle w:val="Odstavecseseznamem"/>
        <w:numPr>
          <w:ilvl w:val="0"/>
          <w:numId w:val="23"/>
        </w:numPr>
        <w:spacing w:before="110" w:after="120"/>
        <w:ind w:left="487" w:hanging="357"/>
        <w:jc w:val="both"/>
        <w:rPr>
          <w:lang w:val="cs-CZ"/>
        </w:rPr>
      </w:pPr>
      <w:r w:rsidRPr="00BC5986">
        <w:rPr>
          <w:lang w:val="cs-CZ"/>
        </w:rPr>
        <w:t>Materiální didaktické prostředky v praktickém vyučování zdravotnických předmětů.</w:t>
      </w:r>
    </w:p>
    <w:p w14:paraId="345D2B5C" w14:textId="77777777" w:rsidR="008910BB" w:rsidRPr="00BC5986" w:rsidRDefault="00F16C4A" w:rsidP="00BC5986">
      <w:pPr>
        <w:pStyle w:val="Odstavecseseznamem"/>
        <w:numPr>
          <w:ilvl w:val="0"/>
          <w:numId w:val="23"/>
        </w:numPr>
        <w:spacing w:before="110" w:after="120"/>
        <w:ind w:left="487" w:hanging="357"/>
        <w:jc w:val="both"/>
        <w:rPr>
          <w:lang w:val="cs-CZ"/>
        </w:rPr>
      </w:pPr>
      <w:r w:rsidRPr="00BC5986">
        <w:rPr>
          <w:lang w:val="cs-CZ"/>
        </w:rPr>
        <w:t xml:space="preserve">Příprava učitele na praktické vyučování zdravotnických předmětů. Kreativita v práci učitele. </w:t>
      </w:r>
    </w:p>
    <w:p w14:paraId="21B1C8AD" w14:textId="77777777" w:rsidR="008910BB" w:rsidRPr="00BC5986" w:rsidRDefault="00F16C4A" w:rsidP="00BC5986">
      <w:pPr>
        <w:pStyle w:val="Odstavecseseznamem"/>
        <w:numPr>
          <w:ilvl w:val="0"/>
          <w:numId w:val="23"/>
        </w:numPr>
        <w:spacing w:before="110" w:after="120"/>
        <w:ind w:left="487" w:hanging="357"/>
        <w:jc w:val="both"/>
        <w:rPr>
          <w:lang w:val="cs-CZ"/>
        </w:rPr>
      </w:pPr>
      <w:r w:rsidRPr="00BC5986">
        <w:rPr>
          <w:lang w:val="cs-CZ"/>
        </w:rPr>
        <w:t xml:space="preserve">Motivace žáků v praktickém vyučování zdravotnických předmětů. </w:t>
      </w:r>
    </w:p>
    <w:p w14:paraId="3B8810B1" w14:textId="77777777" w:rsidR="008910BB" w:rsidRPr="00BC5986" w:rsidRDefault="00F16C4A" w:rsidP="00BC5986">
      <w:pPr>
        <w:pStyle w:val="Odstavecseseznamem"/>
        <w:numPr>
          <w:ilvl w:val="0"/>
          <w:numId w:val="23"/>
        </w:numPr>
        <w:spacing w:before="110" w:after="120"/>
        <w:ind w:left="487" w:hanging="357"/>
        <w:jc w:val="both"/>
        <w:rPr>
          <w:lang w:val="cs-CZ"/>
        </w:rPr>
      </w:pPr>
      <w:r w:rsidRPr="00BC5986">
        <w:rPr>
          <w:lang w:val="cs-CZ"/>
        </w:rPr>
        <w:t xml:space="preserve">Vyučovací metody v praktickém vyučování zdravotnických předmětů. </w:t>
      </w:r>
    </w:p>
    <w:p w14:paraId="4E63D329" w14:textId="77777777" w:rsidR="008910BB" w:rsidRPr="00BC5986" w:rsidRDefault="00F16C4A" w:rsidP="00BC5986">
      <w:pPr>
        <w:pStyle w:val="Odstavecseseznamem"/>
        <w:numPr>
          <w:ilvl w:val="0"/>
          <w:numId w:val="23"/>
        </w:numPr>
        <w:spacing w:before="110" w:after="120"/>
        <w:ind w:left="487" w:hanging="357"/>
        <w:jc w:val="both"/>
        <w:rPr>
          <w:lang w:val="cs-CZ"/>
        </w:rPr>
      </w:pPr>
      <w:r w:rsidRPr="00BC5986">
        <w:rPr>
          <w:lang w:val="cs-CZ"/>
        </w:rPr>
        <w:t xml:space="preserve">Význam instruktáže a nácviku dovedností. </w:t>
      </w:r>
    </w:p>
    <w:p w14:paraId="0EC25DFC" w14:textId="77777777" w:rsidR="008910BB" w:rsidRPr="00BC5986" w:rsidRDefault="00F16C4A" w:rsidP="00BC5986">
      <w:pPr>
        <w:pStyle w:val="Odstavecseseznamem"/>
        <w:numPr>
          <w:ilvl w:val="0"/>
          <w:numId w:val="23"/>
        </w:numPr>
        <w:spacing w:before="110" w:after="120"/>
        <w:ind w:left="487" w:hanging="357"/>
        <w:jc w:val="both"/>
        <w:rPr>
          <w:lang w:val="cs-CZ"/>
        </w:rPr>
      </w:pPr>
      <w:r w:rsidRPr="00BC5986">
        <w:rPr>
          <w:lang w:val="cs-CZ"/>
        </w:rPr>
        <w:t xml:space="preserve">Prověřování, hodnocení a klasifikace dovedností žáků ve zdravotnických předmětech. </w:t>
      </w:r>
    </w:p>
    <w:p w14:paraId="0B2022FD" w14:textId="77777777" w:rsidR="00BC5986" w:rsidRPr="00BC5986" w:rsidRDefault="00F16C4A" w:rsidP="00BC5986">
      <w:pPr>
        <w:pStyle w:val="Odstavecseseznamem"/>
        <w:numPr>
          <w:ilvl w:val="0"/>
          <w:numId w:val="23"/>
        </w:numPr>
        <w:spacing w:before="110" w:after="120"/>
        <w:ind w:left="487" w:hanging="357"/>
        <w:jc w:val="both"/>
        <w:rPr>
          <w:lang w:val="cs-CZ"/>
        </w:rPr>
      </w:pPr>
      <w:r w:rsidRPr="00BC5986">
        <w:rPr>
          <w:lang w:val="cs-CZ"/>
        </w:rPr>
        <w:t xml:space="preserve">Sebereflexe a sebehodnocení učitele praktického vyučování zdravotnických předmětů. Celoživotní vzdělávání z hlediska měnícího se </w:t>
      </w:r>
      <w:proofErr w:type="spellStart"/>
      <w:r w:rsidRPr="00BC5986">
        <w:rPr>
          <w:lang w:val="cs-CZ"/>
        </w:rPr>
        <w:t>profesiogramu</w:t>
      </w:r>
      <w:proofErr w:type="spellEnd"/>
      <w:r w:rsidRPr="00BC5986">
        <w:rPr>
          <w:lang w:val="cs-CZ"/>
        </w:rPr>
        <w:t>.</w:t>
      </w:r>
    </w:p>
    <w:p w14:paraId="5DF3B95D" w14:textId="261009C5" w:rsidR="00FE7B43" w:rsidRPr="00BC5986" w:rsidRDefault="00F16C4A" w:rsidP="00BC5986">
      <w:pPr>
        <w:pStyle w:val="Odstavecseseznamem"/>
        <w:numPr>
          <w:ilvl w:val="0"/>
          <w:numId w:val="23"/>
        </w:numPr>
        <w:spacing w:before="110" w:after="120"/>
        <w:ind w:left="487" w:hanging="357"/>
        <w:jc w:val="both"/>
        <w:rPr>
          <w:lang w:val="cs-CZ"/>
        </w:rPr>
      </w:pPr>
      <w:r w:rsidRPr="00BC5986">
        <w:rPr>
          <w:lang w:val="cs-CZ"/>
        </w:rPr>
        <w:t>Didaktické zpracování vybraných témat praktického vyučování zdravotnických předmětů – promyslete, navrhněte a zdůvodněte přípravu na vyučovací hodinu ve vybraném</w:t>
      </w:r>
      <w:r w:rsidR="00BC5986">
        <w:rPr>
          <w:lang w:val="cs-CZ"/>
        </w:rPr>
        <w:t xml:space="preserve"> </w:t>
      </w:r>
      <w:r w:rsidRPr="00BC5986">
        <w:rPr>
          <w:lang w:val="cs-CZ"/>
        </w:rPr>
        <w:t xml:space="preserve">tématu. Prokažte dovednost práce s výukovými cíli a výukovými metodami. </w:t>
      </w:r>
    </w:p>
    <w:p w14:paraId="3F4C1265" w14:textId="77777777" w:rsidR="00BC5986" w:rsidRDefault="00F16C4A" w:rsidP="00BC5986">
      <w:pPr>
        <w:spacing w:before="151" w:line="276" w:lineRule="auto"/>
        <w:ind w:left="132"/>
      </w:pPr>
      <w:r>
        <w:t xml:space="preserve"> </w:t>
      </w:r>
    </w:p>
    <w:p w14:paraId="68025228" w14:textId="77777777" w:rsidR="00BC5986" w:rsidRDefault="00BC5986" w:rsidP="00BC5986">
      <w:pPr>
        <w:spacing w:before="151" w:line="276" w:lineRule="auto"/>
        <w:ind w:left="132"/>
      </w:pPr>
    </w:p>
    <w:p w14:paraId="50594EE4" w14:textId="77777777" w:rsidR="00BC5986" w:rsidRDefault="00BC5986" w:rsidP="00BC5986">
      <w:pPr>
        <w:spacing w:before="151" w:line="276" w:lineRule="auto"/>
        <w:ind w:left="132"/>
      </w:pPr>
    </w:p>
    <w:p w14:paraId="25D7C7B9" w14:textId="77777777" w:rsidR="00BC5986" w:rsidRDefault="00BC5986" w:rsidP="00BC5986">
      <w:pPr>
        <w:spacing w:before="151" w:line="276" w:lineRule="auto"/>
        <w:ind w:left="132"/>
        <w:rPr>
          <w:b/>
          <w:color w:val="00B050"/>
          <w:sz w:val="25"/>
        </w:rPr>
      </w:pPr>
    </w:p>
    <w:p w14:paraId="6A1B0AE9" w14:textId="2ED46948" w:rsidR="00FE7B43" w:rsidRPr="00F35D17" w:rsidRDefault="00F16C4A" w:rsidP="00BC5986">
      <w:pPr>
        <w:spacing w:before="151" w:line="276" w:lineRule="auto"/>
        <w:ind w:left="132"/>
        <w:rPr>
          <w:sz w:val="28"/>
          <w:szCs w:val="24"/>
          <w:lang w:val="cs-CZ"/>
        </w:rPr>
      </w:pPr>
      <w:r w:rsidRPr="00F35D17">
        <w:rPr>
          <w:b/>
          <w:sz w:val="28"/>
          <w:szCs w:val="24"/>
          <w:lang w:val="cs-CZ"/>
        </w:rPr>
        <w:t xml:space="preserve">Literatura a prameny ke studiu </w:t>
      </w:r>
    </w:p>
    <w:p w14:paraId="2C503AC7" w14:textId="77777777" w:rsidR="000A6D3C" w:rsidRDefault="00F16C4A" w:rsidP="00787A78">
      <w:pPr>
        <w:spacing w:before="98" w:line="240" w:lineRule="auto"/>
        <w:ind w:left="132"/>
        <w:jc w:val="both"/>
      </w:pPr>
      <w:r>
        <w:rPr>
          <w:sz w:val="16"/>
        </w:rPr>
        <w:t xml:space="preserve"> </w:t>
      </w:r>
      <w:r>
        <w:br/>
        <w:t xml:space="preserve">CICHÁ, M., DORKOVÁ, Z. </w:t>
      </w:r>
      <w:r>
        <w:rPr>
          <w:i/>
        </w:rPr>
        <w:t>Didaktika praktického vyučování zdravotnických předmětů 1</w:t>
      </w:r>
      <w:r>
        <w:t xml:space="preserve">. Olomouc: </w:t>
      </w:r>
      <w:proofErr w:type="spellStart"/>
      <w:r>
        <w:t>Univerzita</w:t>
      </w:r>
      <w:proofErr w:type="spellEnd"/>
      <w:r>
        <w:t xml:space="preserve"> </w:t>
      </w:r>
      <w:proofErr w:type="spellStart"/>
      <w:r>
        <w:t>Palackého</w:t>
      </w:r>
      <w:proofErr w:type="spellEnd"/>
      <w:r>
        <w:t xml:space="preserve"> v </w:t>
      </w:r>
      <w:proofErr w:type="spellStart"/>
      <w:r>
        <w:t>Olomouci</w:t>
      </w:r>
      <w:proofErr w:type="spellEnd"/>
      <w:r>
        <w:t xml:space="preserve">, 2017. ISBN 978-80-244-5212-8. </w:t>
      </w:r>
    </w:p>
    <w:p w14:paraId="7F5F650E" w14:textId="77777777" w:rsidR="000A6D3C" w:rsidRDefault="00F16C4A" w:rsidP="00787A78">
      <w:pPr>
        <w:spacing w:before="98" w:line="240" w:lineRule="auto"/>
        <w:ind w:left="132"/>
        <w:jc w:val="both"/>
      </w:pPr>
      <w:r>
        <w:t xml:space="preserve">CICHÁ, M., DORKOVÁ, Z. </w:t>
      </w:r>
      <w:r>
        <w:rPr>
          <w:i/>
        </w:rPr>
        <w:t>Didaktika praktického vyučování zdravotnických předmětů 2</w:t>
      </w:r>
      <w:r>
        <w:t xml:space="preserve">. Olomouc: </w:t>
      </w:r>
      <w:proofErr w:type="spellStart"/>
      <w:r>
        <w:t>Univerzita</w:t>
      </w:r>
      <w:proofErr w:type="spellEnd"/>
      <w:r>
        <w:t xml:space="preserve"> </w:t>
      </w:r>
      <w:proofErr w:type="spellStart"/>
      <w:r>
        <w:t>Palackého</w:t>
      </w:r>
      <w:proofErr w:type="spellEnd"/>
      <w:r>
        <w:t xml:space="preserve"> v </w:t>
      </w:r>
      <w:proofErr w:type="spellStart"/>
      <w:r>
        <w:t>Olomouci</w:t>
      </w:r>
      <w:proofErr w:type="spellEnd"/>
      <w:r>
        <w:t xml:space="preserve">, 2017. ISBN 978-80-244-5213-5. </w:t>
      </w:r>
    </w:p>
    <w:p w14:paraId="3D26D42D" w14:textId="09B4B83C" w:rsidR="00BC5986" w:rsidRDefault="00F16C4A" w:rsidP="00787A78">
      <w:pPr>
        <w:spacing w:before="98" w:line="240" w:lineRule="auto"/>
        <w:ind w:left="132"/>
        <w:jc w:val="both"/>
      </w:pPr>
      <w:r>
        <w:t xml:space="preserve">ČAPEK, R. </w:t>
      </w:r>
      <w:r>
        <w:rPr>
          <w:i/>
        </w:rPr>
        <w:t>Moderní didaktika: lexikon výukových a hodnoticích metod</w:t>
      </w:r>
      <w:r>
        <w:t xml:space="preserve">. Praha: Grada, 2015. ISBN 978-80-247-3450-7. Dostupné také z: </w:t>
      </w:r>
      <w:r>
        <w:rPr>
          <w:color w:val="0000FF"/>
        </w:rPr>
        <w:t>https://www.bookport.cz/kniha/moderni-didaktika-1919</w:t>
      </w:r>
      <w:r>
        <w:t xml:space="preserve"> </w:t>
      </w:r>
    </w:p>
    <w:p w14:paraId="2821F974" w14:textId="77777777" w:rsidR="000A6D3C" w:rsidRDefault="00F16C4A" w:rsidP="00787A78">
      <w:pPr>
        <w:spacing w:before="110" w:line="240" w:lineRule="auto"/>
        <w:ind w:left="132"/>
        <w:jc w:val="both"/>
      </w:pPr>
      <w:r>
        <w:t xml:space="preserve">JUŘENÍKOVÁ, P. </w:t>
      </w:r>
      <w:r>
        <w:rPr>
          <w:i/>
        </w:rPr>
        <w:t>Zásady edukace v ošetřovatelské praxi</w:t>
      </w:r>
      <w:r>
        <w:t xml:space="preserve">. Praha: Grada, 2010. ISBN 978-80-247-2171-2. </w:t>
      </w:r>
      <w:proofErr w:type="spellStart"/>
      <w:r>
        <w:t>Dostupné</w:t>
      </w:r>
      <w:proofErr w:type="spellEnd"/>
      <w:r>
        <w:t xml:space="preserve"> </w:t>
      </w:r>
      <w:proofErr w:type="spellStart"/>
      <w:r>
        <w:t>také</w:t>
      </w:r>
      <w:proofErr w:type="spellEnd"/>
      <w:r>
        <w:t xml:space="preserve"> z: </w:t>
      </w:r>
      <w:r>
        <w:rPr>
          <w:color w:val="0000FF"/>
        </w:rPr>
        <w:t>https://www.bookport.cz/kniha/zasady-edukace-v-osetrovatelske-praxi-163</w:t>
      </w:r>
      <w:r>
        <w:t xml:space="preserve"> </w:t>
      </w:r>
    </w:p>
    <w:p w14:paraId="53039D41" w14:textId="3A6B9482" w:rsidR="00BC5986" w:rsidRDefault="00F16C4A" w:rsidP="00787A78">
      <w:pPr>
        <w:spacing w:before="110" w:line="240" w:lineRule="auto"/>
        <w:ind w:left="132"/>
        <w:jc w:val="both"/>
      </w:pPr>
      <w:r>
        <w:t xml:space="preserve">KALHOUS, Z., OBST, O. </w:t>
      </w:r>
      <w:r>
        <w:rPr>
          <w:i/>
        </w:rPr>
        <w:t>Školní didaktika. Sekundární škola</w:t>
      </w:r>
      <w:r>
        <w:t xml:space="preserve">. Olomouc: Univerzita Palackého, 2001. ISBN 80-244-0217-3. </w:t>
      </w:r>
    </w:p>
    <w:p w14:paraId="77CBA27E" w14:textId="77777777" w:rsidR="000A6D3C" w:rsidRDefault="00F16C4A" w:rsidP="00787A78">
      <w:pPr>
        <w:spacing w:before="110" w:line="240" w:lineRule="auto"/>
        <w:ind w:left="132"/>
        <w:jc w:val="both"/>
      </w:pPr>
      <w:r>
        <w:t xml:space="preserve">KUBEROVÁ, H. </w:t>
      </w:r>
      <w:r>
        <w:rPr>
          <w:i/>
        </w:rPr>
        <w:t>Didaktika ošetřovatelství</w:t>
      </w:r>
      <w:r>
        <w:t xml:space="preserve">. Praha: Portál, 2010. ISBN 978-80-7367-684-1. </w:t>
      </w:r>
    </w:p>
    <w:p w14:paraId="58804211" w14:textId="5A25BB73" w:rsidR="00BC5986" w:rsidRDefault="00F16C4A" w:rsidP="00787A78">
      <w:pPr>
        <w:spacing w:before="110" w:line="240" w:lineRule="auto"/>
        <w:ind w:left="132"/>
        <w:jc w:val="both"/>
      </w:pPr>
      <w:r>
        <w:t xml:space="preserve">MASTILIAKOVÁ, D. </w:t>
      </w:r>
      <w:r>
        <w:rPr>
          <w:i/>
        </w:rPr>
        <w:t>Edukace v ošetřovatelství: respekt a úcta k lidské důstojnosti</w:t>
      </w:r>
      <w:r>
        <w:t xml:space="preserve">. </w:t>
      </w:r>
      <w:proofErr w:type="spellStart"/>
      <w:r>
        <w:t>Trenčín</w:t>
      </w:r>
      <w:proofErr w:type="spellEnd"/>
      <w:r>
        <w:t xml:space="preserve">: </w:t>
      </w:r>
      <w:proofErr w:type="spellStart"/>
      <w:r>
        <w:t>Trenčianska</w:t>
      </w:r>
      <w:proofErr w:type="spellEnd"/>
      <w:r>
        <w:t xml:space="preserve"> </w:t>
      </w:r>
      <w:proofErr w:type="spellStart"/>
      <w:r>
        <w:t>univerzita</w:t>
      </w:r>
      <w:proofErr w:type="spellEnd"/>
      <w:r>
        <w:t xml:space="preserve"> Alexandra </w:t>
      </w:r>
      <w:proofErr w:type="spellStart"/>
      <w:r>
        <w:t>Dubčeka</w:t>
      </w:r>
      <w:proofErr w:type="spellEnd"/>
      <w:r>
        <w:t xml:space="preserve">, </w:t>
      </w:r>
      <w:proofErr w:type="spellStart"/>
      <w:r>
        <w:t>Fakulta</w:t>
      </w:r>
      <w:proofErr w:type="spellEnd"/>
      <w:r>
        <w:t xml:space="preserve"> </w:t>
      </w:r>
      <w:proofErr w:type="spellStart"/>
      <w:r>
        <w:t>zdravotníctva</w:t>
      </w:r>
      <w:proofErr w:type="spellEnd"/>
      <w:r>
        <w:t xml:space="preserve">, 2015. ISBN 978-80-7454-513-9. </w:t>
      </w:r>
    </w:p>
    <w:p w14:paraId="5CB06C8B" w14:textId="77777777" w:rsidR="00BC5986" w:rsidRDefault="00F16C4A" w:rsidP="00787A78">
      <w:pPr>
        <w:spacing w:before="110" w:line="240" w:lineRule="auto"/>
        <w:ind w:left="132"/>
        <w:jc w:val="both"/>
      </w:pPr>
      <w:r>
        <w:t xml:space="preserve">OBST, O. </w:t>
      </w:r>
      <w:r>
        <w:rPr>
          <w:i/>
        </w:rPr>
        <w:t>Obecná didaktika</w:t>
      </w:r>
      <w:r>
        <w:t xml:space="preserve">. Olomouc: Univerzita Palackého v Olomouci, 2017. ISBN 978-80-244-5141-1. </w:t>
      </w:r>
    </w:p>
    <w:p w14:paraId="76C4B96B" w14:textId="77777777" w:rsidR="00BC5986" w:rsidRDefault="00F16C4A" w:rsidP="00787A78">
      <w:pPr>
        <w:spacing w:before="110" w:line="240" w:lineRule="auto"/>
        <w:ind w:left="132"/>
        <w:jc w:val="both"/>
      </w:pPr>
      <w:r>
        <w:t xml:space="preserve">PETTY, G. </w:t>
      </w:r>
      <w:r>
        <w:rPr>
          <w:i/>
        </w:rPr>
        <w:t>Moderní vyučování</w:t>
      </w:r>
      <w:r>
        <w:t xml:space="preserve">. Praha: Portál, 2013. ISBN 978-80-262-0367-4. </w:t>
      </w:r>
    </w:p>
    <w:p w14:paraId="594D0560" w14:textId="77777777" w:rsidR="00BC5986" w:rsidRDefault="00F16C4A" w:rsidP="00787A78">
      <w:pPr>
        <w:spacing w:before="110" w:line="240" w:lineRule="auto"/>
        <w:ind w:left="132"/>
        <w:jc w:val="both"/>
      </w:pPr>
      <w:r>
        <w:t xml:space="preserve">PRŮCHA, J., WALTEROVÁ, E., MAREŠ, J. </w:t>
      </w:r>
      <w:r>
        <w:rPr>
          <w:i/>
        </w:rPr>
        <w:t>Pedagogický slovník</w:t>
      </w:r>
      <w:r>
        <w:t xml:space="preserve">. Praha: Portál, 2013. ISBN 978-80-262-0403-9. </w:t>
      </w:r>
    </w:p>
    <w:p w14:paraId="53F70822" w14:textId="77777777" w:rsidR="00BC5986" w:rsidRDefault="00F16C4A" w:rsidP="00787A78">
      <w:pPr>
        <w:spacing w:before="110" w:line="240" w:lineRule="auto"/>
        <w:ind w:left="132"/>
        <w:jc w:val="both"/>
      </w:pPr>
      <w:r>
        <w:t xml:space="preserve">RAMBOUSEK, V. </w:t>
      </w:r>
      <w:r>
        <w:rPr>
          <w:i/>
        </w:rPr>
        <w:t>Materiální didaktické prostředky</w:t>
      </w:r>
      <w:r>
        <w:t xml:space="preserve">. Praha: Univerzita Karlova, Pedagogická fakulta, 2014. ISBN 978-80-7290-664-2. </w:t>
      </w:r>
    </w:p>
    <w:p w14:paraId="576F92A9" w14:textId="77777777" w:rsidR="00BC5986" w:rsidRDefault="00F16C4A" w:rsidP="00787A78">
      <w:pPr>
        <w:spacing w:before="110" w:line="240" w:lineRule="auto"/>
        <w:ind w:left="132"/>
        <w:jc w:val="both"/>
      </w:pPr>
      <w:r>
        <w:t xml:space="preserve">SIEGLOVÁ, D. </w:t>
      </w:r>
      <w:r>
        <w:rPr>
          <w:i/>
        </w:rPr>
        <w:t xml:space="preserve">Konec školní nudy: didaktické metody </w:t>
      </w:r>
      <w:proofErr w:type="gramStart"/>
      <w:r>
        <w:rPr>
          <w:i/>
        </w:rPr>
        <w:t>pro 21</w:t>
      </w:r>
      <w:proofErr w:type="gramEnd"/>
      <w:r>
        <w:rPr>
          <w:i/>
        </w:rPr>
        <w:t>. století</w:t>
      </w:r>
      <w:r>
        <w:t xml:space="preserve">. Praha: Grada, 2019. ISBN 978-80-271-2254-7. Dostupné také z: </w:t>
      </w:r>
      <w:r>
        <w:rPr>
          <w:color w:val="0000FF"/>
        </w:rPr>
        <w:t>https://www.bookport.cz/kniha/konec-skolni-nudy-6032</w:t>
      </w:r>
      <w:r>
        <w:t xml:space="preserve"> </w:t>
      </w:r>
    </w:p>
    <w:p w14:paraId="6FF4F985" w14:textId="77777777" w:rsidR="000A6D3C" w:rsidRDefault="00F16C4A" w:rsidP="00787A78">
      <w:pPr>
        <w:spacing w:before="110" w:line="240" w:lineRule="auto"/>
        <w:ind w:left="132"/>
        <w:jc w:val="both"/>
      </w:pPr>
      <w:r>
        <w:t xml:space="preserve">ŠVEC, V., FILOVÁ, H., ŠIMONÍK, O. </w:t>
      </w:r>
      <w:r>
        <w:rPr>
          <w:i/>
        </w:rPr>
        <w:t>Praktikum didaktických dovedností</w:t>
      </w:r>
      <w:r>
        <w:t xml:space="preserve">. Brno: Masarykova univerzita, 2002. ISBN 80-210-2698-7. </w:t>
      </w:r>
    </w:p>
    <w:p w14:paraId="173A576C" w14:textId="77777777" w:rsidR="000A6D3C" w:rsidRDefault="00F16C4A" w:rsidP="00787A78">
      <w:pPr>
        <w:spacing w:before="110" w:line="240" w:lineRule="auto"/>
        <w:ind w:left="132"/>
        <w:jc w:val="both"/>
      </w:pPr>
      <w:r>
        <w:t xml:space="preserve">TALIÁNOVÁ, M., ŘEŘUCHOVÁ, M. </w:t>
      </w:r>
      <w:r>
        <w:rPr>
          <w:i/>
        </w:rPr>
        <w:t>Vybrané kapitoly z didaktiky ošetřovatelství</w:t>
      </w:r>
      <w:r>
        <w:t xml:space="preserve">. Pardubice: </w:t>
      </w:r>
      <w:proofErr w:type="spellStart"/>
      <w:r>
        <w:t>Univerzita</w:t>
      </w:r>
      <w:proofErr w:type="spellEnd"/>
      <w:r>
        <w:t xml:space="preserve"> Pardubice, 2011. ISBN 978-80-7395-389-8. </w:t>
      </w:r>
    </w:p>
    <w:p w14:paraId="65EFCBA9" w14:textId="343894B7" w:rsidR="00FE7B43" w:rsidRDefault="00F16C4A" w:rsidP="00787A78">
      <w:pPr>
        <w:spacing w:before="110" w:line="240" w:lineRule="auto"/>
        <w:ind w:left="132"/>
        <w:jc w:val="both"/>
      </w:pPr>
      <w:r>
        <w:t xml:space="preserve">VOTAVA, J. </w:t>
      </w:r>
      <w:r>
        <w:rPr>
          <w:i/>
        </w:rPr>
        <w:t>Teoretické základy didaktiky: pro střední odborné vzdělávání</w:t>
      </w:r>
      <w:r>
        <w:t xml:space="preserve">. Praha: </w:t>
      </w:r>
      <w:proofErr w:type="spellStart"/>
      <w:r>
        <w:t>Česká</w:t>
      </w:r>
      <w:proofErr w:type="spellEnd"/>
      <w:r>
        <w:t xml:space="preserve"> </w:t>
      </w:r>
      <w:proofErr w:type="spellStart"/>
      <w:r>
        <w:t>zemědělská</w:t>
      </w:r>
      <w:proofErr w:type="spellEnd"/>
      <w:r>
        <w:t xml:space="preserve"> </w:t>
      </w:r>
      <w:proofErr w:type="spellStart"/>
      <w:r>
        <w:t>univerzita</w:t>
      </w:r>
      <w:proofErr w:type="spellEnd"/>
      <w:r>
        <w:t xml:space="preserve">, </w:t>
      </w:r>
      <w:proofErr w:type="spellStart"/>
      <w:r>
        <w:t>Institut</w:t>
      </w:r>
      <w:proofErr w:type="spellEnd"/>
      <w:r>
        <w:t xml:space="preserve"> </w:t>
      </w:r>
      <w:proofErr w:type="spellStart"/>
      <w:r>
        <w:t>vzdělávání</w:t>
      </w:r>
      <w:proofErr w:type="spellEnd"/>
      <w:r>
        <w:t xml:space="preserve"> a </w:t>
      </w:r>
      <w:proofErr w:type="spellStart"/>
      <w:r>
        <w:t>poradenství</w:t>
      </w:r>
      <w:proofErr w:type="spellEnd"/>
      <w:r>
        <w:t xml:space="preserve">, 2018. ISBN 978-80-213-2859-4. </w:t>
      </w:r>
    </w:p>
    <w:p w14:paraId="4BED7542" w14:textId="77777777" w:rsidR="00AF259D" w:rsidRDefault="00AF259D" w:rsidP="00787A78">
      <w:pPr>
        <w:spacing w:before="110" w:line="240" w:lineRule="auto"/>
        <w:ind w:left="132"/>
        <w:jc w:val="both"/>
      </w:pPr>
    </w:p>
    <w:p w14:paraId="3B65070F" w14:textId="5B53B95D" w:rsidR="00FE7B43" w:rsidRDefault="00F16C4A" w:rsidP="00AF259D">
      <w:pPr>
        <w:spacing w:before="95" w:line="240" w:lineRule="auto"/>
        <w:ind w:left="132"/>
      </w:pPr>
      <w:proofErr w:type="spellStart"/>
      <w:r>
        <w:t>Kritické</w:t>
      </w:r>
      <w:proofErr w:type="spellEnd"/>
      <w:r>
        <w:t xml:space="preserve"> </w:t>
      </w:r>
      <w:proofErr w:type="spellStart"/>
      <w:r>
        <w:t>myšlení</w:t>
      </w:r>
      <w:proofErr w:type="spellEnd"/>
      <w:r>
        <w:t xml:space="preserve">: </w:t>
      </w:r>
      <w:r>
        <w:rPr>
          <w:color w:val="0000FF"/>
        </w:rPr>
        <w:t>http://www.kritickemysleni.cz/</w:t>
      </w:r>
      <w:r>
        <w:t xml:space="preserve"> </w:t>
      </w:r>
      <w:r>
        <w:br/>
      </w:r>
      <w:proofErr w:type="spellStart"/>
      <w:r>
        <w:t>Ministerstvo</w:t>
      </w:r>
      <w:proofErr w:type="spellEnd"/>
      <w:r>
        <w:t xml:space="preserve"> školství, mládeže a tělovýchovy: </w:t>
      </w:r>
      <w:r>
        <w:rPr>
          <w:color w:val="0000FF"/>
        </w:rPr>
        <w:t>http://www.msmt.cz/</w:t>
      </w:r>
      <w:r>
        <w:t xml:space="preserve"> </w:t>
      </w:r>
      <w:r>
        <w:br/>
        <w:t xml:space="preserve">Ministerstvo zdravotnictví: </w:t>
      </w:r>
      <w:r>
        <w:rPr>
          <w:color w:val="0000FF"/>
        </w:rPr>
        <w:t>http://www.mzcr.cz/</w:t>
      </w:r>
      <w:r>
        <w:t xml:space="preserve"> </w:t>
      </w:r>
      <w:r>
        <w:br/>
      </w:r>
      <w:proofErr w:type="spellStart"/>
      <w:r>
        <w:t>Národní</w:t>
      </w:r>
      <w:proofErr w:type="spellEnd"/>
      <w:r>
        <w:t xml:space="preserve"> centrum </w:t>
      </w:r>
      <w:proofErr w:type="spellStart"/>
      <w:r>
        <w:t>ošetřovatelství</w:t>
      </w:r>
      <w:proofErr w:type="spellEnd"/>
      <w:r>
        <w:t xml:space="preserve"> a </w:t>
      </w:r>
      <w:proofErr w:type="spellStart"/>
      <w:r>
        <w:t>nelékařských</w:t>
      </w:r>
      <w:proofErr w:type="spellEnd"/>
      <w:r>
        <w:t xml:space="preserve"> </w:t>
      </w:r>
      <w:proofErr w:type="spellStart"/>
      <w:r>
        <w:t>zdravotnických</w:t>
      </w:r>
      <w:proofErr w:type="spellEnd"/>
      <w:r>
        <w:t xml:space="preserve"> </w:t>
      </w:r>
      <w:proofErr w:type="spellStart"/>
      <w:r>
        <w:t>oborů</w:t>
      </w:r>
      <w:proofErr w:type="spellEnd"/>
      <w:r>
        <w:t xml:space="preserve">: </w:t>
      </w:r>
      <w:r w:rsidR="00787A78">
        <w:t>h</w:t>
      </w:r>
      <w:r>
        <w:rPr>
          <w:color w:val="0000FF"/>
        </w:rPr>
        <w:t>ttp://www.nconzo.cz/</w:t>
      </w:r>
      <w:r>
        <w:t xml:space="preserve"> </w:t>
      </w:r>
    </w:p>
    <w:p w14:paraId="1DB668D8" w14:textId="44301537" w:rsidR="00FE7B43" w:rsidRDefault="00F16C4A" w:rsidP="00AF259D">
      <w:r>
        <w:br w:type="page"/>
      </w:r>
      <w:proofErr w:type="spellStart"/>
      <w:r w:rsidR="00AF259D">
        <w:lastRenderedPageBreak/>
        <w:t>N</w:t>
      </w:r>
      <w:r>
        <w:t>árodní</w:t>
      </w:r>
      <w:proofErr w:type="spellEnd"/>
      <w:r>
        <w:t xml:space="preserve"> </w:t>
      </w:r>
      <w:proofErr w:type="spellStart"/>
      <w:r>
        <w:t>ústav</w:t>
      </w:r>
      <w:proofErr w:type="spellEnd"/>
      <w:r>
        <w:t xml:space="preserve"> </w:t>
      </w:r>
      <w:proofErr w:type="spellStart"/>
      <w:r>
        <w:t>odborného</w:t>
      </w:r>
      <w:proofErr w:type="spellEnd"/>
      <w:r>
        <w:t xml:space="preserve"> </w:t>
      </w:r>
      <w:proofErr w:type="spellStart"/>
      <w:r>
        <w:t>vzdělávání</w:t>
      </w:r>
      <w:proofErr w:type="spellEnd"/>
      <w:r>
        <w:t xml:space="preserve">: </w:t>
      </w:r>
      <w:r>
        <w:rPr>
          <w:color w:val="0000FF"/>
        </w:rPr>
        <w:t>http://www.nuov.cz/</w:t>
      </w:r>
      <w:r>
        <w:t xml:space="preserve"> </w:t>
      </w:r>
    </w:p>
    <w:p w14:paraId="79E0E15C" w14:textId="77777777" w:rsidR="00FE7B43" w:rsidRDefault="00F16C4A">
      <w:pPr>
        <w:spacing w:before="95" w:line="240" w:lineRule="auto"/>
        <w:ind w:left="132"/>
      </w:pPr>
      <w:r>
        <w:rPr>
          <w:sz w:val="16"/>
        </w:rPr>
        <w:t xml:space="preserve"> </w:t>
      </w:r>
      <w:r>
        <w:br/>
        <w:t xml:space="preserve">RVP pro obor vzdělávání Praktická sestra. </w:t>
      </w:r>
      <w:r>
        <w:br/>
        <w:t xml:space="preserve">RVP SOV – Rámcové vzdělávací programy středního odborného vzdělávání. </w:t>
      </w:r>
      <w:r>
        <w:br/>
        <w:t xml:space="preserve">ŠVP – Praktická sestra. </w:t>
      </w:r>
      <w:r>
        <w:br/>
        <w:t xml:space="preserve">Učebnice zdravotnických předmětů na středních odborných školách. </w:t>
      </w:r>
    </w:p>
    <w:sectPr w:rsidR="00FE7B43" w:rsidSect="009505F8">
      <w:pgSz w:w="11906" w:h="16838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D4548B8"/>
    <w:multiLevelType w:val="hybridMultilevel"/>
    <w:tmpl w:val="1026F26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113E70"/>
    <w:multiLevelType w:val="hybridMultilevel"/>
    <w:tmpl w:val="F0EE831E"/>
    <w:lvl w:ilvl="0" w:tplc="0405000F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4577AB"/>
    <w:multiLevelType w:val="hybridMultilevel"/>
    <w:tmpl w:val="C08C6C90"/>
    <w:lvl w:ilvl="0" w:tplc="0405000F">
      <w:start w:val="2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361BF5"/>
    <w:multiLevelType w:val="hybridMultilevel"/>
    <w:tmpl w:val="CEDC4A3A"/>
    <w:lvl w:ilvl="0" w:tplc="448C0A9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theme="minorBidi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412A60"/>
    <w:multiLevelType w:val="hybridMultilevel"/>
    <w:tmpl w:val="56BAAC3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466B9A"/>
    <w:multiLevelType w:val="hybridMultilevel"/>
    <w:tmpl w:val="62F4990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C5158F"/>
    <w:multiLevelType w:val="hybridMultilevel"/>
    <w:tmpl w:val="6C72B1C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765069"/>
    <w:multiLevelType w:val="hybridMultilevel"/>
    <w:tmpl w:val="1DAE07E2"/>
    <w:lvl w:ilvl="0" w:tplc="04050011">
      <w:start w:val="1"/>
      <w:numFmt w:val="decimal"/>
      <w:lvlText w:val="%1)"/>
      <w:lvlJc w:val="left"/>
      <w:pPr>
        <w:ind w:left="1271" w:hanging="360"/>
      </w:pPr>
    </w:lvl>
    <w:lvl w:ilvl="1" w:tplc="04050019" w:tentative="1">
      <w:start w:val="1"/>
      <w:numFmt w:val="lowerLetter"/>
      <w:lvlText w:val="%2."/>
      <w:lvlJc w:val="left"/>
      <w:pPr>
        <w:ind w:left="1991" w:hanging="360"/>
      </w:pPr>
    </w:lvl>
    <w:lvl w:ilvl="2" w:tplc="0405001B" w:tentative="1">
      <w:start w:val="1"/>
      <w:numFmt w:val="lowerRoman"/>
      <w:lvlText w:val="%3."/>
      <w:lvlJc w:val="right"/>
      <w:pPr>
        <w:ind w:left="2711" w:hanging="180"/>
      </w:pPr>
    </w:lvl>
    <w:lvl w:ilvl="3" w:tplc="0405000F" w:tentative="1">
      <w:start w:val="1"/>
      <w:numFmt w:val="decimal"/>
      <w:lvlText w:val="%4."/>
      <w:lvlJc w:val="left"/>
      <w:pPr>
        <w:ind w:left="3431" w:hanging="360"/>
      </w:pPr>
    </w:lvl>
    <w:lvl w:ilvl="4" w:tplc="04050019" w:tentative="1">
      <w:start w:val="1"/>
      <w:numFmt w:val="lowerLetter"/>
      <w:lvlText w:val="%5."/>
      <w:lvlJc w:val="left"/>
      <w:pPr>
        <w:ind w:left="4151" w:hanging="360"/>
      </w:pPr>
    </w:lvl>
    <w:lvl w:ilvl="5" w:tplc="0405001B" w:tentative="1">
      <w:start w:val="1"/>
      <w:numFmt w:val="lowerRoman"/>
      <w:lvlText w:val="%6."/>
      <w:lvlJc w:val="right"/>
      <w:pPr>
        <w:ind w:left="4871" w:hanging="180"/>
      </w:pPr>
    </w:lvl>
    <w:lvl w:ilvl="6" w:tplc="0405000F" w:tentative="1">
      <w:start w:val="1"/>
      <w:numFmt w:val="decimal"/>
      <w:lvlText w:val="%7."/>
      <w:lvlJc w:val="left"/>
      <w:pPr>
        <w:ind w:left="5591" w:hanging="360"/>
      </w:pPr>
    </w:lvl>
    <w:lvl w:ilvl="7" w:tplc="04050019" w:tentative="1">
      <w:start w:val="1"/>
      <w:numFmt w:val="lowerLetter"/>
      <w:lvlText w:val="%8."/>
      <w:lvlJc w:val="left"/>
      <w:pPr>
        <w:ind w:left="6311" w:hanging="360"/>
      </w:pPr>
    </w:lvl>
    <w:lvl w:ilvl="8" w:tplc="0405001B" w:tentative="1">
      <w:start w:val="1"/>
      <w:numFmt w:val="lowerRoman"/>
      <w:lvlText w:val="%9."/>
      <w:lvlJc w:val="right"/>
      <w:pPr>
        <w:ind w:left="7031" w:hanging="180"/>
      </w:pPr>
    </w:lvl>
  </w:abstractNum>
  <w:abstractNum w:abstractNumId="17" w15:restartNumberingAfterBreak="0">
    <w:nsid w:val="4EE97801"/>
    <w:multiLevelType w:val="hybridMultilevel"/>
    <w:tmpl w:val="1A1ABD9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3B0386"/>
    <w:multiLevelType w:val="hybridMultilevel"/>
    <w:tmpl w:val="6BC0FFB4"/>
    <w:lvl w:ilvl="0" w:tplc="B194269A">
      <w:numFmt w:val="bullet"/>
      <w:lvlText w:val="•"/>
      <w:lvlJc w:val="left"/>
      <w:pPr>
        <w:ind w:left="1412" w:hanging="360"/>
      </w:pPr>
      <w:rPr>
        <w:rFonts w:ascii="Calibri" w:eastAsiaTheme="minorEastAsia" w:hAnsi="Calibri" w:cs="Calibri" w:hint="default"/>
        <w:sz w:val="18"/>
      </w:rPr>
    </w:lvl>
    <w:lvl w:ilvl="1" w:tplc="04050003" w:tentative="1">
      <w:start w:val="1"/>
      <w:numFmt w:val="bullet"/>
      <w:lvlText w:val="o"/>
      <w:lvlJc w:val="left"/>
      <w:pPr>
        <w:ind w:left="213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5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7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9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1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3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5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72" w:hanging="360"/>
      </w:pPr>
      <w:rPr>
        <w:rFonts w:ascii="Wingdings" w:hAnsi="Wingdings" w:hint="default"/>
      </w:rPr>
    </w:lvl>
  </w:abstractNum>
  <w:abstractNum w:abstractNumId="19" w15:restartNumberingAfterBreak="0">
    <w:nsid w:val="59B82CB1"/>
    <w:multiLevelType w:val="hybridMultilevel"/>
    <w:tmpl w:val="2D2C68FC"/>
    <w:lvl w:ilvl="0" w:tplc="0405000F">
      <w:start w:val="2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FD6DCA"/>
    <w:multiLevelType w:val="hybridMultilevel"/>
    <w:tmpl w:val="FFFFFFFF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B3E75E1"/>
    <w:multiLevelType w:val="hybridMultilevel"/>
    <w:tmpl w:val="BCA817FA"/>
    <w:lvl w:ilvl="0" w:tplc="27BEE6C4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iCs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07253A"/>
    <w:multiLevelType w:val="hybridMultilevel"/>
    <w:tmpl w:val="D3DC1D6C"/>
    <w:lvl w:ilvl="0" w:tplc="04050011">
      <w:start w:val="1"/>
      <w:numFmt w:val="decimal"/>
      <w:lvlText w:val="%1)"/>
      <w:lvlJc w:val="left"/>
      <w:pPr>
        <w:ind w:left="1212" w:hanging="360"/>
      </w:pPr>
    </w:lvl>
    <w:lvl w:ilvl="1" w:tplc="04050019" w:tentative="1">
      <w:start w:val="1"/>
      <w:numFmt w:val="lowerLetter"/>
      <w:lvlText w:val="%2."/>
      <w:lvlJc w:val="left"/>
      <w:pPr>
        <w:ind w:left="1932" w:hanging="360"/>
      </w:pPr>
    </w:lvl>
    <w:lvl w:ilvl="2" w:tplc="0405001B" w:tentative="1">
      <w:start w:val="1"/>
      <w:numFmt w:val="lowerRoman"/>
      <w:lvlText w:val="%3."/>
      <w:lvlJc w:val="right"/>
      <w:pPr>
        <w:ind w:left="2652" w:hanging="180"/>
      </w:pPr>
    </w:lvl>
    <w:lvl w:ilvl="3" w:tplc="0405000F" w:tentative="1">
      <w:start w:val="1"/>
      <w:numFmt w:val="decimal"/>
      <w:lvlText w:val="%4."/>
      <w:lvlJc w:val="left"/>
      <w:pPr>
        <w:ind w:left="3372" w:hanging="360"/>
      </w:pPr>
    </w:lvl>
    <w:lvl w:ilvl="4" w:tplc="04050019" w:tentative="1">
      <w:start w:val="1"/>
      <w:numFmt w:val="lowerLetter"/>
      <w:lvlText w:val="%5."/>
      <w:lvlJc w:val="left"/>
      <w:pPr>
        <w:ind w:left="4092" w:hanging="360"/>
      </w:pPr>
    </w:lvl>
    <w:lvl w:ilvl="5" w:tplc="0405001B" w:tentative="1">
      <w:start w:val="1"/>
      <w:numFmt w:val="lowerRoman"/>
      <w:lvlText w:val="%6."/>
      <w:lvlJc w:val="right"/>
      <w:pPr>
        <w:ind w:left="4812" w:hanging="180"/>
      </w:pPr>
    </w:lvl>
    <w:lvl w:ilvl="6" w:tplc="0405000F" w:tentative="1">
      <w:start w:val="1"/>
      <w:numFmt w:val="decimal"/>
      <w:lvlText w:val="%7."/>
      <w:lvlJc w:val="left"/>
      <w:pPr>
        <w:ind w:left="5532" w:hanging="360"/>
      </w:pPr>
    </w:lvl>
    <w:lvl w:ilvl="7" w:tplc="04050019" w:tentative="1">
      <w:start w:val="1"/>
      <w:numFmt w:val="lowerLetter"/>
      <w:lvlText w:val="%8."/>
      <w:lvlJc w:val="left"/>
      <w:pPr>
        <w:ind w:left="6252" w:hanging="360"/>
      </w:pPr>
    </w:lvl>
    <w:lvl w:ilvl="8" w:tplc="0405001B" w:tentative="1">
      <w:start w:val="1"/>
      <w:numFmt w:val="lowerRoman"/>
      <w:lvlText w:val="%9."/>
      <w:lvlJc w:val="right"/>
      <w:pPr>
        <w:ind w:left="6972" w:hanging="180"/>
      </w:pPr>
    </w:lvl>
  </w:abstractNum>
  <w:num w:numId="1" w16cid:durableId="1509173543">
    <w:abstractNumId w:val="8"/>
  </w:num>
  <w:num w:numId="2" w16cid:durableId="1350137763">
    <w:abstractNumId w:val="6"/>
  </w:num>
  <w:num w:numId="3" w16cid:durableId="1571234723">
    <w:abstractNumId w:val="5"/>
  </w:num>
  <w:num w:numId="4" w16cid:durableId="1399091310">
    <w:abstractNumId w:val="4"/>
  </w:num>
  <w:num w:numId="5" w16cid:durableId="1407533694">
    <w:abstractNumId w:val="7"/>
  </w:num>
  <w:num w:numId="6" w16cid:durableId="521405467">
    <w:abstractNumId w:val="3"/>
  </w:num>
  <w:num w:numId="7" w16cid:durableId="329258979">
    <w:abstractNumId w:val="2"/>
  </w:num>
  <w:num w:numId="8" w16cid:durableId="162935293">
    <w:abstractNumId w:val="1"/>
  </w:num>
  <w:num w:numId="9" w16cid:durableId="1747877195">
    <w:abstractNumId w:val="0"/>
  </w:num>
  <w:num w:numId="10" w16cid:durableId="920261123">
    <w:abstractNumId w:val="20"/>
  </w:num>
  <w:num w:numId="11" w16cid:durableId="1070928075">
    <w:abstractNumId w:val="10"/>
  </w:num>
  <w:num w:numId="12" w16cid:durableId="639112088">
    <w:abstractNumId w:val="11"/>
  </w:num>
  <w:num w:numId="13" w16cid:durableId="2087872405">
    <w:abstractNumId w:val="19"/>
  </w:num>
  <w:num w:numId="14" w16cid:durableId="1219509181">
    <w:abstractNumId w:val="9"/>
  </w:num>
  <w:num w:numId="15" w16cid:durableId="67465335">
    <w:abstractNumId w:val="18"/>
  </w:num>
  <w:num w:numId="16" w16cid:durableId="2003386540">
    <w:abstractNumId w:val="14"/>
  </w:num>
  <w:num w:numId="17" w16cid:durableId="1581715397">
    <w:abstractNumId w:val="12"/>
  </w:num>
  <w:num w:numId="18" w16cid:durableId="116334469">
    <w:abstractNumId w:val="21"/>
  </w:num>
  <w:num w:numId="19" w16cid:durableId="1588077435">
    <w:abstractNumId w:val="16"/>
  </w:num>
  <w:num w:numId="20" w16cid:durableId="75594538">
    <w:abstractNumId w:val="15"/>
  </w:num>
  <w:num w:numId="21" w16cid:durableId="1043748882">
    <w:abstractNumId w:val="22"/>
  </w:num>
  <w:num w:numId="22" w16cid:durableId="1932931717">
    <w:abstractNumId w:val="17"/>
  </w:num>
  <w:num w:numId="23" w16cid:durableId="182289221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34AAE"/>
    <w:rsid w:val="0006063C"/>
    <w:rsid w:val="000A6D3C"/>
    <w:rsid w:val="000B0205"/>
    <w:rsid w:val="0015074B"/>
    <w:rsid w:val="001A1ED0"/>
    <w:rsid w:val="0023179C"/>
    <w:rsid w:val="00246D7A"/>
    <w:rsid w:val="0027758C"/>
    <w:rsid w:val="0029639D"/>
    <w:rsid w:val="002A4F4E"/>
    <w:rsid w:val="00326F90"/>
    <w:rsid w:val="00341239"/>
    <w:rsid w:val="00344BF7"/>
    <w:rsid w:val="003A5BBA"/>
    <w:rsid w:val="003D7D31"/>
    <w:rsid w:val="003E0B73"/>
    <w:rsid w:val="00430BC3"/>
    <w:rsid w:val="00481FB2"/>
    <w:rsid w:val="004D554D"/>
    <w:rsid w:val="004E14BE"/>
    <w:rsid w:val="005A3F98"/>
    <w:rsid w:val="005A4ACE"/>
    <w:rsid w:val="005D6FF0"/>
    <w:rsid w:val="00622234"/>
    <w:rsid w:val="00691E77"/>
    <w:rsid w:val="00721647"/>
    <w:rsid w:val="00777185"/>
    <w:rsid w:val="00787A78"/>
    <w:rsid w:val="007C1BF2"/>
    <w:rsid w:val="007F6CBB"/>
    <w:rsid w:val="00820EA9"/>
    <w:rsid w:val="008454C5"/>
    <w:rsid w:val="008910BB"/>
    <w:rsid w:val="008932C2"/>
    <w:rsid w:val="008A4438"/>
    <w:rsid w:val="008E6EC2"/>
    <w:rsid w:val="0090734E"/>
    <w:rsid w:val="0091034E"/>
    <w:rsid w:val="009165DD"/>
    <w:rsid w:val="009347CB"/>
    <w:rsid w:val="009505F8"/>
    <w:rsid w:val="00972BA4"/>
    <w:rsid w:val="00A47A4E"/>
    <w:rsid w:val="00AA1D8D"/>
    <w:rsid w:val="00AF259D"/>
    <w:rsid w:val="00B23B65"/>
    <w:rsid w:val="00B33DC5"/>
    <w:rsid w:val="00B47730"/>
    <w:rsid w:val="00B75F4C"/>
    <w:rsid w:val="00BC5986"/>
    <w:rsid w:val="00BD4903"/>
    <w:rsid w:val="00BF240A"/>
    <w:rsid w:val="00C4429D"/>
    <w:rsid w:val="00C47ACE"/>
    <w:rsid w:val="00C625F5"/>
    <w:rsid w:val="00CB0664"/>
    <w:rsid w:val="00CB2FA4"/>
    <w:rsid w:val="00CF3ED3"/>
    <w:rsid w:val="00D0053F"/>
    <w:rsid w:val="00DE7AEF"/>
    <w:rsid w:val="00EF6766"/>
    <w:rsid w:val="00F16C4A"/>
    <w:rsid w:val="00F35D17"/>
    <w:rsid w:val="00F53E1B"/>
    <w:rsid w:val="00F80D04"/>
    <w:rsid w:val="00FC693F"/>
    <w:rsid w:val="00FE396D"/>
    <w:rsid w:val="00FE7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3104923"/>
  <w14:defaultImageDpi w14:val="300"/>
  <w15:docId w15:val="{11AB91D1-C290-4AAD-9B6F-F7601882F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3179C"/>
    <w:pPr>
      <w:spacing w:after="0" w:line="360" w:lineRule="auto"/>
    </w:pPr>
    <w:rPr>
      <w:rFonts w:ascii="Times New Roman" w:hAnsi="Times New Roman"/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18BF"/>
  </w:style>
  <w:style w:type="paragraph" w:styleId="Zpat">
    <w:name w:val="footer"/>
    <w:basedOn w:val="Normln"/>
    <w:link w:val="ZpatChar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18BF"/>
  </w:style>
  <w:style w:type="paragraph" w:styleId="Bezmezer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A1D8D"/>
  </w:style>
  <w:style w:type="paragraph" w:styleId="Zkladntext2">
    <w:name w:val="Body Text 2"/>
    <w:basedOn w:val="Normln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A1D8D"/>
  </w:style>
  <w:style w:type="paragraph" w:styleId="Zkladntext3">
    <w:name w:val="Body Text 3"/>
    <w:basedOn w:val="Normln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A1D8D"/>
    <w:rPr>
      <w:sz w:val="16"/>
      <w:szCs w:val="16"/>
    </w:rPr>
  </w:style>
  <w:style w:type="paragraph" w:styleId="Seznam">
    <w:name w:val="List"/>
    <w:basedOn w:val="Norml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orml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ormln"/>
    <w:uiPriority w:val="99"/>
    <w:unhideWhenUsed/>
    <w:rsid w:val="00326F90"/>
    <w:pPr>
      <w:ind w:left="1080" w:hanging="360"/>
      <w:contextualSpacing/>
    </w:pPr>
  </w:style>
  <w:style w:type="paragraph" w:styleId="Seznamsodrkami">
    <w:name w:val="List Bullet"/>
    <w:basedOn w:val="Normln"/>
    <w:uiPriority w:val="99"/>
    <w:unhideWhenUsed/>
    <w:rsid w:val="00326F90"/>
    <w:pPr>
      <w:numPr>
        <w:numId w:val="1"/>
      </w:numPr>
      <w:contextualSpacing/>
    </w:pPr>
  </w:style>
  <w:style w:type="paragraph" w:styleId="Seznamsodrkami2">
    <w:name w:val="List Bullet 2"/>
    <w:basedOn w:val="Normln"/>
    <w:uiPriority w:val="99"/>
    <w:unhideWhenUsed/>
    <w:rsid w:val="00326F90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unhideWhenUsed/>
    <w:rsid w:val="00326F90"/>
    <w:pPr>
      <w:numPr>
        <w:numId w:val="3"/>
      </w:numPr>
      <w:contextualSpacing/>
    </w:pPr>
  </w:style>
  <w:style w:type="paragraph" w:styleId="slovanseznam">
    <w:name w:val="List Number"/>
    <w:basedOn w:val="Normln"/>
    <w:uiPriority w:val="99"/>
    <w:unhideWhenUsed/>
    <w:rsid w:val="00326F90"/>
    <w:pPr>
      <w:numPr>
        <w:numId w:val="5"/>
      </w:numPr>
      <w:contextualSpacing/>
    </w:pPr>
  </w:style>
  <w:style w:type="paragraph" w:styleId="slovanseznam2">
    <w:name w:val="List Number 2"/>
    <w:basedOn w:val="Normln"/>
    <w:uiPriority w:val="99"/>
    <w:unhideWhenUsed/>
    <w:rsid w:val="0029639D"/>
    <w:pPr>
      <w:numPr>
        <w:numId w:val="6"/>
      </w:numPr>
      <w:contextualSpacing/>
    </w:pPr>
  </w:style>
  <w:style w:type="paragraph" w:styleId="slovanseznam3">
    <w:name w:val="List Number 3"/>
    <w:basedOn w:val="Normln"/>
    <w:uiPriority w:val="99"/>
    <w:unhideWhenUsed/>
    <w:rsid w:val="0029639D"/>
    <w:pPr>
      <w:numPr>
        <w:numId w:val="7"/>
      </w:numPr>
      <w:contextualSpacing/>
    </w:pPr>
  </w:style>
  <w:style w:type="paragraph" w:styleId="Pokraovnseznamu">
    <w:name w:val="List Continue"/>
    <w:basedOn w:val="Normln"/>
    <w:uiPriority w:val="99"/>
    <w:unhideWhenUsed/>
    <w:rsid w:val="0029639D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unhideWhenUsed/>
    <w:rsid w:val="0029639D"/>
    <w:pPr>
      <w:spacing w:after="120"/>
      <w:ind w:left="720"/>
      <w:contextualSpacing/>
    </w:pPr>
  </w:style>
  <w:style w:type="paragraph" w:styleId="Pokraovnseznamu3">
    <w:name w:val="List Continue 3"/>
    <w:basedOn w:val="Normln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FC693F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Standardnpsmoodstavce"/>
    <w:uiPriority w:val="22"/>
    <w:qFormat/>
    <w:rsid w:val="00FC693F"/>
    <w:rPr>
      <w:b/>
      <w:bCs/>
    </w:rPr>
  </w:style>
  <w:style w:type="character" w:styleId="Zdraznn">
    <w:name w:val="Emphasis"/>
    <w:basedOn w:val="Standardnpsmoodstavce"/>
    <w:uiPriority w:val="20"/>
    <w:qFormat/>
    <w:rsid w:val="00FC693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693F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C693F"/>
    <w:pPr>
      <w:outlineLvl w:val="9"/>
    </w:pPr>
  </w:style>
  <w:style w:type="table" w:styleId="Mkatabulky">
    <w:name w:val="Table Grid"/>
    <w:basedOn w:val="Normlntabul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mka">
    <w:name w:val="Light Grid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lnweb">
    <w:name w:val="Normal (Web)"/>
    <w:basedOn w:val="Normln"/>
    <w:uiPriority w:val="99"/>
    <w:semiHidden/>
    <w:unhideWhenUsed/>
    <w:rsid w:val="007C1BF2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Styl2CitacePRO.xsl" StyleName="Styl 2 Citace PRO" Version="0"/>
</file>

<file path=customXml/itemProps1.xml><?xml version="1.0" encoding="utf-8"?>
<ds:datastoreItem xmlns:ds="http://schemas.openxmlformats.org/officeDocument/2006/customXml" ds:itemID="{B172CFBF-0D84-4446-BABA-021554D504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9</Pages>
  <Words>2197</Words>
  <Characters>12968</Characters>
  <Application>Microsoft Office Word</Application>
  <DocSecurity>0</DocSecurity>
  <Lines>108</Lines>
  <Paragraphs>30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15135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uzivatel</cp:lastModifiedBy>
  <cp:revision>57</cp:revision>
  <dcterms:created xsi:type="dcterms:W3CDTF">2013-12-23T23:15:00Z</dcterms:created>
  <dcterms:modified xsi:type="dcterms:W3CDTF">2026-08-21T07:25:00Z</dcterms:modified>
  <cp:category/>
</cp:coreProperties>
</file>